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6CFC" w14:textId="77777777" w:rsidR="00194C94" w:rsidRDefault="00194C94" w:rsidP="00194C94">
      <w:pPr>
        <w:pStyle w:val="Heading1"/>
        <w:jc w:val="center"/>
      </w:pPr>
      <w:r>
        <w:t>Client Agreement</w:t>
      </w:r>
    </w:p>
    <w:p w14:paraId="33CCE347" w14:textId="77777777" w:rsidR="00194C94" w:rsidRDefault="00194C94" w:rsidP="00194C94">
      <w:pPr>
        <w:jc w:val="center"/>
      </w:pPr>
      <w:r>
        <w:rPr>
          <w:b/>
        </w:rPr>
        <w:t>Connected Minds</w:t>
      </w:r>
      <w:r>
        <w:rPr>
          <w:b/>
        </w:rPr>
        <w:br/>
      </w:r>
      <w:r>
        <w:t>Version 1.0</w:t>
      </w:r>
      <w:r>
        <w:br/>
        <w:t>Effective Date: July 2026</w:t>
      </w:r>
      <w:r>
        <w:br/>
        <w:t>Review Date: July 2027</w:t>
      </w:r>
    </w:p>
    <w:p w14:paraId="5637EBA4" w14:textId="77777777" w:rsidR="00194C94" w:rsidRDefault="00194C94" w:rsidP="00194C94">
      <w:pPr>
        <w:pStyle w:val="Heading2"/>
      </w:pPr>
      <w:r>
        <w:t>Business Details</w:t>
      </w:r>
    </w:p>
    <w:p w14:paraId="3A57CC0B" w14:textId="77777777" w:rsidR="00194C94" w:rsidRDefault="00194C94" w:rsidP="00194C94">
      <w:r>
        <w:t>Business Name: Connected Minds</w:t>
      </w:r>
      <w:r>
        <w:br/>
        <w:t>Owner: Ewa Walczyna</w:t>
      </w:r>
      <w:r>
        <w:br/>
        <w:t>Address: 40 Bluebell Avenue, Leeds, LS25 2FD</w:t>
      </w:r>
      <w:r>
        <w:br/>
        <w:t>Email: connectedminds.leeds@hotmail.com</w:t>
      </w:r>
      <w:r>
        <w:br/>
        <w:t>Telephone: 07495 862946</w:t>
      </w:r>
      <w:r>
        <w:br/>
        <w:t>Facebook: Connected Minds</w:t>
      </w:r>
    </w:p>
    <w:p w14:paraId="3E8607EF" w14:textId="77777777" w:rsidR="00F42F2D" w:rsidRDefault="00F42F2D"/>
    <w:p w14:paraId="36EB2C86" w14:textId="2399AD3F" w:rsidR="00F42F2D" w:rsidRPr="000647E5" w:rsidRDefault="00B65019" w:rsidP="009B0CD3">
      <w:pPr>
        <w:pStyle w:val="ListParagraph"/>
        <w:numPr>
          <w:ilvl w:val="0"/>
          <w:numId w:val="21"/>
        </w:numPr>
        <w:rPr>
          <w:b/>
          <w:bCs/>
          <w:color w:val="4F81BD" w:themeColor="accent1"/>
        </w:rPr>
      </w:pPr>
      <w:r w:rsidRPr="000647E5">
        <w:rPr>
          <w:b/>
          <w:bCs/>
          <w:color w:val="4F81BD" w:themeColor="accent1"/>
        </w:rPr>
        <w:t>Welcome</w:t>
      </w:r>
    </w:p>
    <w:p w14:paraId="7717DC34" w14:textId="77777777" w:rsidR="00F42F2D" w:rsidRDefault="00B65019">
      <w:r>
        <w:t>Thank you for choosing Connected Minds.</w:t>
      </w:r>
    </w:p>
    <w:p w14:paraId="019C02B2" w14:textId="3CA8685D" w:rsidR="00F42F2D" w:rsidRDefault="00E52495">
      <w:r w:rsidRPr="00E52495">
        <w:t xml:space="preserve">This Client &amp; Advocacy Partnership Agreement explains how Connected Minds and you will work together throughout your advocacy journey. It also sets out the practical terms on which advocacy services are provided. </w:t>
      </w:r>
      <w:r w:rsidR="00B65019">
        <w:t xml:space="preserve">My aim is to provide a supportive, respectful and </w:t>
      </w:r>
      <w:proofErr w:type="spellStart"/>
      <w:r w:rsidR="00B65019">
        <w:t>neuroaffirming</w:t>
      </w:r>
      <w:proofErr w:type="spellEnd"/>
      <w:r w:rsidR="00B65019">
        <w:t xml:space="preserve"> advocacy service that empowers you to make informed decisions for your child.</w:t>
      </w:r>
    </w:p>
    <w:p w14:paraId="79364A20" w14:textId="77777777" w:rsidR="007761E0" w:rsidRDefault="007761E0"/>
    <w:p w14:paraId="59202334" w14:textId="3E65507F" w:rsidR="00F42F2D" w:rsidRPr="000647E5" w:rsidRDefault="00B65019" w:rsidP="009B0CD3">
      <w:pPr>
        <w:pStyle w:val="ListParagraph"/>
        <w:numPr>
          <w:ilvl w:val="0"/>
          <w:numId w:val="21"/>
        </w:numPr>
        <w:rPr>
          <w:b/>
          <w:bCs/>
          <w:color w:val="4F81BD" w:themeColor="accent1"/>
        </w:rPr>
      </w:pPr>
      <w:r w:rsidRPr="000647E5">
        <w:rPr>
          <w:b/>
          <w:bCs/>
          <w:color w:val="4F81BD" w:themeColor="accent1"/>
        </w:rPr>
        <w:t>What is Advocacy?</w:t>
      </w:r>
    </w:p>
    <w:p w14:paraId="40F3791A" w14:textId="77777777" w:rsidR="00F42F2D" w:rsidRDefault="00B65019">
      <w:r>
        <w:t>Advocacy means helping you understand your rights, understand SEND processes and communicate effectively with professionals involved in your child's education and support.</w:t>
      </w:r>
    </w:p>
    <w:p w14:paraId="5779BF5F" w14:textId="77777777" w:rsidR="00F42F2D" w:rsidRDefault="00B65019">
      <w:r>
        <w:t>Connected Minds provides independent advocacy, which means my advice is based on what I believe is in the best interests of your child and family.</w:t>
      </w:r>
    </w:p>
    <w:p w14:paraId="74AF930C" w14:textId="77777777" w:rsidR="00F42F2D" w:rsidRDefault="00B65019">
      <w:r>
        <w:t>My role is to help you feel informed and confident so you can make decisions that are right for your family.</w:t>
      </w:r>
    </w:p>
    <w:p w14:paraId="0EA93703" w14:textId="77777777" w:rsidR="00F42F2D" w:rsidRDefault="00F42F2D"/>
    <w:p w14:paraId="0CB0271D" w14:textId="691C9519" w:rsidR="00F42F2D" w:rsidRPr="000647E5" w:rsidRDefault="00B65019" w:rsidP="009B0CD3">
      <w:pPr>
        <w:pStyle w:val="ListParagraph"/>
        <w:numPr>
          <w:ilvl w:val="0"/>
          <w:numId w:val="21"/>
        </w:numPr>
        <w:rPr>
          <w:b/>
          <w:bCs/>
          <w:color w:val="4F81BD" w:themeColor="accent1"/>
        </w:rPr>
      </w:pPr>
      <w:r w:rsidRPr="000647E5">
        <w:rPr>
          <w:b/>
          <w:bCs/>
          <w:color w:val="4F81BD" w:themeColor="accent1"/>
        </w:rPr>
        <w:t>What I Will Do</w:t>
      </w:r>
    </w:p>
    <w:p w14:paraId="1EEE5454" w14:textId="499BB7FF" w:rsidR="004635A1" w:rsidRDefault="00B65019">
      <w:r>
        <w:lastRenderedPageBreak/>
        <w:t>Connected Minds may:</w:t>
      </w:r>
    </w:p>
    <w:p w14:paraId="157090A2" w14:textId="126119E1" w:rsidR="00F42F2D" w:rsidRDefault="00B65019" w:rsidP="008F30CD">
      <w:pPr>
        <w:pStyle w:val="ListParagraph"/>
        <w:numPr>
          <w:ilvl w:val="0"/>
          <w:numId w:val="11"/>
        </w:numPr>
      </w:pPr>
      <w:r>
        <w:t>Explain SEND law and guidance in plain English</w:t>
      </w:r>
      <w:r w:rsidR="005B39B5">
        <w:t xml:space="preserve"> or Polish</w:t>
      </w:r>
      <w:r>
        <w:t>.</w:t>
      </w:r>
    </w:p>
    <w:p w14:paraId="1A695A71" w14:textId="77777777" w:rsidR="00F42F2D" w:rsidRDefault="00B65019" w:rsidP="008F30CD">
      <w:pPr>
        <w:pStyle w:val="ListParagraph"/>
        <w:numPr>
          <w:ilvl w:val="0"/>
          <w:numId w:val="11"/>
        </w:numPr>
      </w:pPr>
      <w:r>
        <w:t>Help you understand EHCP processes.</w:t>
      </w:r>
    </w:p>
    <w:p w14:paraId="56BF4E62" w14:textId="77777777" w:rsidR="00F42F2D" w:rsidRDefault="00B65019" w:rsidP="008F30CD">
      <w:pPr>
        <w:pStyle w:val="ListParagraph"/>
        <w:numPr>
          <w:ilvl w:val="0"/>
          <w:numId w:val="11"/>
        </w:numPr>
      </w:pPr>
      <w:r>
        <w:t>Review reports and professional advice.</w:t>
      </w:r>
    </w:p>
    <w:p w14:paraId="042EDB53" w14:textId="77777777" w:rsidR="00F42F2D" w:rsidRDefault="00B65019" w:rsidP="008F30CD">
      <w:pPr>
        <w:pStyle w:val="ListParagraph"/>
        <w:numPr>
          <w:ilvl w:val="0"/>
          <w:numId w:val="11"/>
        </w:numPr>
      </w:pPr>
      <w:r>
        <w:t>Help prepare for meetings.</w:t>
      </w:r>
    </w:p>
    <w:p w14:paraId="14A0AAD7" w14:textId="77777777" w:rsidR="00F42F2D" w:rsidRDefault="00B65019" w:rsidP="008F30CD">
      <w:pPr>
        <w:pStyle w:val="ListParagraph"/>
        <w:numPr>
          <w:ilvl w:val="0"/>
          <w:numId w:val="11"/>
        </w:numPr>
      </w:pPr>
      <w:r>
        <w:t>Attend meetings with you where agreed.</w:t>
      </w:r>
    </w:p>
    <w:p w14:paraId="72C6A99B" w14:textId="77777777" w:rsidR="00F42F2D" w:rsidRDefault="00B65019" w:rsidP="008F30CD">
      <w:pPr>
        <w:pStyle w:val="ListParagraph"/>
        <w:numPr>
          <w:ilvl w:val="0"/>
          <w:numId w:val="11"/>
        </w:numPr>
      </w:pPr>
      <w:r>
        <w:t>Help draft letters and emails.</w:t>
      </w:r>
    </w:p>
    <w:p w14:paraId="4A65A5A8" w14:textId="77777777" w:rsidR="00F42F2D" w:rsidRDefault="00B65019" w:rsidP="008F30CD">
      <w:pPr>
        <w:pStyle w:val="ListParagraph"/>
        <w:numPr>
          <w:ilvl w:val="0"/>
          <w:numId w:val="11"/>
        </w:numPr>
      </w:pPr>
      <w:r>
        <w:t>Support communication with schools and Local Authorities.</w:t>
      </w:r>
    </w:p>
    <w:p w14:paraId="06925D00" w14:textId="64FDCA7F" w:rsidR="004635A1" w:rsidRDefault="00B65019" w:rsidP="004635A1">
      <w:pPr>
        <w:pStyle w:val="ListParagraph"/>
        <w:numPr>
          <w:ilvl w:val="0"/>
          <w:numId w:val="11"/>
        </w:numPr>
      </w:pPr>
      <w:r>
        <w:t>Explain your options</w:t>
      </w:r>
      <w:r w:rsidR="00765871">
        <w:t xml:space="preserve"> </w:t>
      </w:r>
    </w:p>
    <w:p w14:paraId="1504EC48" w14:textId="6118E338" w:rsidR="00F60A49" w:rsidRDefault="00F60A49" w:rsidP="004635A1">
      <w:pPr>
        <w:pStyle w:val="ListParagraph"/>
        <w:numPr>
          <w:ilvl w:val="0"/>
          <w:numId w:val="11"/>
        </w:numPr>
      </w:pPr>
      <w:r>
        <w:t>Identify reasonable adjustments</w:t>
      </w:r>
    </w:p>
    <w:p w14:paraId="3432C821" w14:textId="3D976E57" w:rsidR="004635A1" w:rsidRPr="004F36A4" w:rsidRDefault="00C922ED" w:rsidP="004635A1">
      <w:pPr>
        <w:pStyle w:val="ListParagraph"/>
        <w:numPr>
          <w:ilvl w:val="0"/>
          <w:numId w:val="11"/>
        </w:numPr>
      </w:pPr>
      <w:r>
        <w:t>Help to understand</w:t>
      </w:r>
      <w:r w:rsidR="004635A1" w:rsidRPr="004F36A4">
        <w:t xml:space="preserve"> your child's neurodivergence, strengths, differences and </w:t>
      </w:r>
      <w:proofErr w:type="gramStart"/>
      <w:r w:rsidR="004635A1" w:rsidRPr="004F36A4">
        <w:t>support needs</w:t>
      </w:r>
      <w:proofErr w:type="gramEnd"/>
      <w:r w:rsidR="004635A1" w:rsidRPr="004F36A4">
        <w:t>.</w:t>
      </w:r>
    </w:p>
    <w:p w14:paraId="5C4BC1AD" w14:textId="77777777" w:rsidR="00B020E4" w:rsidRDefault="007761E0" w:rsidP="00E37973">
      <w:pPr>
        <w:pStyle w:val="ListParagraph"/>
        <w:numPr>
          <w:ilvl w:val="0"/>
          <w:numId w:val="11"/>
        </w:numPr>
      </w:pPr>
      <w:r w:rsidRPr="007761E0">
        <w:t xml:space="preserve">Help with completing forms (including DLA, PIP and Universal Credit disability-related applications). </w:t>
      </w:r>
    </w:p>
    <w:p w14:paraId="36A59723" w14:textId="7241AB0B" w:rsidR="00E37973" w:rsidRPr="004F36A4" w:rsidRDefault="00E37973" w:rsidP="00E37973">
      <w:pPr>
        <w:pStyle w:val="ListParagraph"/>
        <w:numPr>
          <w:ilvl w:val="0"/>
          <w:numId w:val="11"/>
        </w:numPr>
      </w:pPr>
      <w:r w:rsidRPr="004F36A4">
        <w:t xml:space="preserve">Signpost to appropriate </w:t>
      </w:r>
      <w:proofErr w:type="spellStart"/>
      <w:r w:rsidRPr="004F36A4">
        <w:t>organisations</w:t>
      </w:r>
      <w:proofErr w:type="spellEnd"/>
      <w:r w:rsidRPr="004F36A4">
        <w:t xml:space="preserve"> and services.</w:t>
      </w:r>
    </w:p>
    <w:p w14:paraId="374D96F9" w14:textId="63FB4534" w:rsidR="00E37973" w:rsidRDefault="00726C20" w:rsidP="008F30CD">
      <w:pPr>
        <w:pStyle w:val="ListParagraph"/>
        <w:numPr>
          <w:ilvl w:val="0"/>
          <w:numId w:val="11"/>
        </w:numPr>
      </w:pPr>
      <w:r>
        <w:t>Provide helpful resources</w:t>
      </w:r>
    </w:p>
    <w:p w14:paraId="43976058" w14:textId="77777777" w:rsidR="00BA5EFE" w:rsidRDefault="00BA5EFE" w:rsidP="00726C20">
      <w:pPr>
        <w:pStyle w:val="ListParagraph"/>
      </w:pPr>
    </w:p>
    <w:p w14:paraId="5D2A8A1B" w14:textId="77777777" w:rsidR="00F42F2D" w:rsidRDefault="00F42F2D"/>
    <w:p w14:paraId="44011AFB" w14:textId="3D33D193" w:rsidR="00F42F2D" w:rsidRPr="000647E5" w:rsidRDefault="00B65019" w:rsidP="009B0CD3">
      <w:pPr>
        <w:pStyle w:val="ListParagraph"/>
        <w:numPr>
          <w:ilvl w:val="0"/>
          <w:numId w:val="21"/>
        </w:numPr>
        <w:rPr>
          <w:b/>
          <w:bCs/>
          <w:color w:val="4F81BD" w:themeColor="accent1"/>
        </w:rPr>
      </w:pPr>
      <w:r w:rsidRPr="000647E5">
        <w:rPr>
          <w:b/>
          <w:bCs/>
          <w:color w:val="4F81BD" w:themeColor="accent1"/>
        </w:rPr>
        <w:t>What I Cannot Do</w:t>
      </w:r>
    </w:p>
    <w:p w14:paraId="7974DB9B" w14:textId="77777777" w:rsidR="00F42F2D" w:rsidRDefault="00B65019">
      <w:r>
        <w:t>Connected Minds cannot:</w:t>
      </w:r>
    </w:p>
    <w:p w14:paraId="60E6E63B" w14:textId="77777777" w:rsidR="00F42F2D" w:rsidRDefault="00B65019" w:rsidP="00D9393D">
      <w:pPr>
        <w:pStyle w:val="ListParagraph"/>
        <w:numPr>
          <w:ilvl w:val="0"/>
          <w:numId w:val="12"/>
        </w:numPr>
      </w:pPr>
      <w:r>
        <w:t>Tell schools or Local Authorities what they must do.</w:t>
      </w:r>
    </w:p>
    <w:p w14:paraId="288259C4" w14:textId="68E7E015" w:rsidR="00117F2A" w:rsidRDefault="00117F2A" w:rsidP="00117F2A">
      <w:pPr>
        <w:pStyle w:val="ListParagraph"/>
        <w:numPr>
          <w:ilvl w:val="0"/>
          <w:numId w:val="12"/>
        </w:numPr>
      </w:pPr>
      <w:r>
        <w:t>Make decisions on your behalf.</w:t>
      </w:r>
    </w:p>
    <w:p w14:paraId="151B444C" w14:textId="77777777" w:rsidR="00F42F2D" w:rsidRDefault="00B65019" w:rsidP="00D9393D">
      <w:pPr>
        <w:pStyle w:val="ListParagraph"/>
        <w:numPr>
          <w:ilvl w:val="0"/>
          <w:numId w:val="12"/>
        </w:numPr>
      </w:pPr>
      <w:r>
        <w:t>Guarantee any particular outcome.</w:t>
      </w:r>
    </w:p>
    <w:p w14:paraId="5217C970" w14:textId="77777777" w:rsidR="00F42F2D" w:rsidRDefault="00B65019" w:rsidP="00D9393D">
      <w:pPr>
        <w:pStyle w:val="ListParagraph"/>
        <w:numPr>
          <w:ilvl w:val="0"/>
          <w:numId w:val="12"/>
        </w:numPr>
      </w:pPr>
      <w:r>
        <w:t>Provide legal advice.</w:t>
      </w:r>
    </w:p>
    <w:p w14:paraId="75979F82" w14:textId="77777777" w:rsidR="00F42F2D" w:rsidRDefault="00B65019" w:rsidP="00D9393D">
      <w:pPr>
        <w:pStyle w:val="ListParagraph"/>
        <w:numPr>
          <w:ilvl w:val="0"/>
          <w:numId w:val="12"/>
        </w:numPr>
      </w:pPr>
      <w:r>
        <w:t>Represent you at SEND Tribunal.</w:t>
      </w:r>
    </w:p>
    <w:p w14:paraId="54CF258D" w14:textId="77777777" w:rsidR="00F42F2D" w:rsidRDefault="00B65019" w:rsidP="00D9393D">
      <w:pPr>
        <w:pStyle w:val="ListParagraph"/>
        <w:numPr>
          <w:ilvl w:val="0"/>
          <w:numId w:val="12"/>
        </w:numPr>
      </w:pPr>
      <w:r>
        <w:t>Make medical recommendations.</w:t>
      </w:r>
    </w:p>
    <w:p w14:paraId="29E07EA5" w14:textId="77777777" w:rsidR="00F42F2D" w:rsidRDefault="00B65019" w:rsidP="00D9393D">
      <w:pPr>
        <w:pStyle w:val="ListParagraph"/>
        <w:numPr>
          <w:ilvl w:val="0"/>
          <w:numId w:val="12"/>
        </w:numPr>
      </w:pPr>
      <w:proofErr w:type="gramStart"/>
      <w:r>
        <w:t>Diagnose</w:t>
      </w:r>
      <w:proofErr w:type="gramEnd"/>
      <w:r>
        <w:t xml:space="preserve"> conditions.</w:t>
      </w:r>
    </w:p>
    <w:p w14:paraId="2467536A" w14:textId="77777777" w:rsidR="00F42F2D" w:rsidRDefault="00B65019" w:rsidP="00D9393D">
      <w:pPr>
        <w:pStyle w:val="ListParagraph"/>
        <w:numPr>
          <w:ilvl w:val="0"/>
          <w:numId w:val="12"/>
        </w:numPr>
      </w:pPr>
      <w:r>
        <w:t>Replace statutory services.</w:t>
      </w:r>
    </w:p>
    <w:p w14:paraId="0A6E0100" w14:textId="77777777" w:rsidR="001E65D3" w:rsidRDefault="001E65D3" w:rsidP="00D9393D">
      <w:pPr>
        <w:pStyle w:val="ListParagraph"/>
        <w:numPr>
          <w:ilvl w:val="0"/>
          <w:numId w:val="12"/>
        </w:numPr>
      </w:pPr>
      <w:r w:rsidRPr="001E65D3">
        <w:t xml:space="preserve">Prepare expert witness reports. </w:t>
      </w:r>
    </w:p>
    <w:p w14:paraId="09BCF98A" w14:textId="5E9D6CF5" w:rsidR="00C66BFC" w:rsidRDefault="00C66BFC" w:rsidP="00314357">
      <w:pPr>
        <w:pStyle w:val="ListParagraph"/>
        <w:numPr>
          <w:ilvl w:val="0"/>
          <w:numId w:val="12"/>
        </w:numPr>
      </w:pPr>
      <w:r>
        <w:t>Psychological or educational assessments</w:t>
      </w:r>
    </w:p>
    <w:p w14:paraId="28E34045" w14:textId="425E060B" w:rsidR="00C66BFC" w:rsidRDefault="00C66BFC" w:rsidP="00D9393D">
      <w:pPr>
        <w:pStyle w:val="ListParagraph"/>
        <w:numPr>
          <w:ilvl w:val="0"/>
          <w:numId w:val="12"/>
        </w:numPr>
      </w:pPr>
      <w:r>
        <w:t>Crisis or emergency services</w:t>
      </w:r>
    </w:p>
    <w:p w14:paraId="1CC8C00D" w14:textId="4DDCF32F" w:rsidR="008400D4" w:rsidRDefault="008400D4" w:rsidP="00A80CEC">
      <w:r w:rsidRPr="004F36A4">
        <w:t>Where specialist support is required, clients may be signposted to appropriate services.</w:t>
      </w:r>
    </w:p>
    <w:p w14:paraId="2AF7CA53" w14:textId="77777777" w:rsidR="00F42F2D" w:rsidRDefault="00F42F2D"/>
    <w:p w14:paraId="7F198A32" w14:textId="420D7DF0" w:rsidR="00F42F2D" w:rsidRPr="000647E5" w:rsidRDefault="00B65019" w:rsidP="009B0CD3">
      <w:pPr>
        <w:pStyle w:val="ListParagraph"/>
        <w:numPr>
          <w:ilvl w:val="0"/>
          <w:numId w:val="21"/>
        </w:numPr>
        <w:rPr>
          <w:b/>
          <w:bCs/>
          <w:color w:val="4F81BD" w:themeColor="accent1"/>
        </w:rPr>
      </w:pPr>
      <w:r w:rsidRPr="000647E5">
        <w:rPr>
          <w:b/>
          <w:bCs/>
          <w:color w:val="4F81BD" w:themeColor="accent1"/>
        </w:rPr>
        <w:t>Independent Advocacy</w:t>
      </w:r>
    </w:p>
    <w:p w14:paraId="11D79B46" w14:textId="77777777" w:rsidR="00F42F2D" w:rsidRDefault="00B65019">
      <w:r>
        <w:lastRenderedPageBreak/>
        <w:t>Connected Minds is an independent advocacy service.</w:t>
      </w:r>
    </w:p>
    <w:p w14:paraId="176C90B1" w14:textId="77777777" w:rsidR="00F42F2D" w:rsidRDefault="00B65019">
      <w:r>
        <w:t>This means I will always aim to provide honest, balanced and professional advice, even if that advice is not what you were expecting.</w:t>
      </w:r>
    </w:p>
    <w:p w14:paraId="3AF79BFC" w14:textId="23CC74C2" w:rsidR="00F42F2D" w:rsidRDefault="00B65019">
      <w:r>
        <w:t>My role is to support you to make informed decisions</w:t>
      </w:r>
      <w:r w:rsidR="00D9393D">
        <w:t>-</w:t>
      </w:r>
      <w:r>
        <w:t>not to make decisions for you.</w:t>
      </w:r>
    </w:p>
    <w:p w14:paraId="4827E98A" w14:textId="77777777" w:rsidR="00F42F2D" w:rsidRDefault="00F42F2D"/>
    <w:p w14:paraId="3E37288D" w14:textId="7F7AB6CE" w:rsidR="00F42F2D" w:rsidRPr="000647E5" w:rsidRDefault="00B65019" w:rsidP="00FA17D8">
      <w:pPr>
        <w:pStyle w:val="ListParagraph"/>
        <w:numPr>
          <w:ilvl w:val="0"/>
          <w:numId w:val="21"/>
        </w:numPr>
        <w:rPr>
          <w:b/>
          <w:bCs/>
          <w:color w:val="4F81BD" w:themeColor="accent1"/>
        </w:rPr>
      </w:pPr>
      <w:r w:rsidRPr="000647E5">
        <w:rPr>
          <w:b/>
          <w:bCs/>
          <w:color w:val="4F81BD" w:themeColor="accent1"/>
        </w:rPr>
        <w:t>No Guarantee of Outcome</w:t>
      </w:r>
    </w:p>
    <w:p w14:paraId="651B85C2" w14:textId="7479FDC6" w:rsidR="00F42F2D" w:rsidRDefault="00E24361">
      <w:r w:rsidRPr="00E24361">
        <w:t xml:space="preserve">Connected Minds will provide advocacy services with reasonable care, skill and professional judgement. However, Connected Minds cannot be held responsible for decisions made by schools, Local Authorities, NHS </w:t>
      </w:r>
      <w:proofErr w:type="spellStart"/>
      <w:r w:rsidRPr="00E24361">
        <w:t>organisations</w:t>
      </w:r>
      <w:proofErr w:type="spellEnd"/>
      <w:r w:rsidRPr="00E24361">
        <w:t xml:space="preserve">, tribunals, government departments, benefit agencies or any other third party. Final decisions remain the responsibility of the relevant </w:t>
      </w:r>
      <w:proofErr w:type="spellStart"/>
      <w:r w:rsidRPr="00E24361">
        <w:t>organisation</w:t>
      </w:r>
      <w:proofErr w:type="spellEnd"/>
      <w:r w:rsidRPr="00E24361">
        <w:t>.</w:t>
      </w:r>
    </w:p>
    <w:p w14:paraId="08B50E07" w14:textId="77777777" w:rsidR="00F42F2D" w:rsidRDefault="00F42F2D"/>
    <w:p w14:paraId="24E7D87E" w14:textId="5CB9B925" w:rsidR="00F42F2D" w:rsidRPr="000647E5" w:rsidRDefault="00B65019" w:rsidP="00FA17D8">
      <w:pPr>
        <w:pStyle w:val="ListParagraph"/>
        <w:numPr>
          <w:ilvl w:val="0"/>
          <w:numId w:val="21"/>
        </w:numPr>
        <w:rPr>
          <w:b/>
          <w:bCs/>
          <w:color w:val="4F81BD" w:themeColor="accent1"/>
        </w:rPr>
      </w:pPr>
      <w:r w:rsidRPr="000647E5">
        <w:rPr>
          <w:b/>
          <w:bCs/>
          <w:color w:val="4F81BD" w:themeColor="accent1"/>
        </w:rPr>
        <w:t>Your Role</w:t>
      </w:r>
    </w:p>
    <w:p w14:paraId="6D692B38" w14:textId="1A4D6D15" w:rsidR="00F42F2D" w:rsidRDefault="00B65019">
      <w:r>
        <w:t xml:space="preserve">To help achieve the best outcomes, I </w:t>
      </w:r>
      <w:r w:rsidR="001E7008">
        <w:t xml:space="preserve">will </w:t>
      </w:r>
      <w:r w:rsidR="00C83D3C">
        <w:t>ask</w:t>
      </w:r>
      <w:r>
        <w:t xml:space="preserve"> you</w:t>
      </w:r>
      <w:r w:rsidR="00287798">
        <w:t xml:space="preserve"> to</w:t>
      </w:r>
      <w:r>
        <w:t>:</w:t>
      </w:r>
    </w:p>
    <w:p w14:paraId="76ABEE30" w14:textId="77777777" w:rsidR="00F42F2D" w:rsidRDefault="00B65019" w:rsidP="00B55C4E">
      <w:pPr>
        <w:pStyle w:val="ListParagraph"/>
        <w:numPr>
          <w:ilvl w:val="0"/>
          <w:numId w:val="14"/>
        </w:numPr>
      </w:pPr>
      <w:r>
        <w:t>Share accurate information.</w:t>
      </w:r>
    </w:p>
    <w:p w14:paraId="3CDDA88A" w14:textId="77777777" w:rsidR="00F42F2D" w:rsidRDefault="00B65019" w:rsidP="00B55C4E">
      <w:pPr>
        <w:pStyle w:val="ListParagraph"/>
        <w:numPr>
          <w:ilvl w:val="0"/>
          <w:numId w:val="14"/>
        </w:numPr>
      </w:pPr>
      <w:r>
        <w:t>Provide documents promptly.</w:t>
      </w:r>
    </w:p>
    <w:p w14:paraId="1E978EC6" w14:textId="77777777" w:rsidR="00F42F2D" w:rsidRDefault="00B65019" w:rsidP="00B55C4E">
      <w:pPr>
        <w:pStyle w:val="ListParagraph"/>
        <w:numPr>
          <w:ilvl w:val="0"/>
          <w:numId w:val="14"/>
        </w:numPr>
      </w:pPr>
      <w:r>
        <w:t>Tell me about important deadlines.</w:t>
      </w:r>
    </w:p>
    <w:p w14:paraId="374D1733" w14:textId="77777777" w:rsidR="00F42F2D" w:rsidRDefault="00B65019" w:rsidP="00B55C4E">
      <w:pPr>
        <w:pStyle w:val="ListParagraph"/>
        <w:numPr>
          <w:ilvl w:val="0"/>
          <w:numId w:val="14"/>
        </w:numPr>
      </w:pPr>
      <w:r>
        <w:t>Attend meetings where possible.</w:t>
      </w:r>
    </w:p>
    <w:p w14:paraId="507FC336" w14:textId="77777777" w:rsidR="000E6C8B" w:rsidRDefault="000E6C8B" w:rsidP="000E6C8B">
      <w:pPr>
        <w:pStyle w:val="ListParagraph"/>
        <w:numPr>
          <w:ilvl w:val="0"/>
          <w:numId w:val="14"/>
        </w:numPr>
      </w:pPr>
      <w:r>
        <w:t>Keep me informed if circumstances change.</w:t>
      </w:r>
    </w:p>
    <w:p w14:paraId="74BEA2FD" w14:textId="6902A5F9" w:rsidR="000E6C8B" w:rsidRDefault="000E6C8B" w:rsidP="000E6C8B">
      <w:pPr>
        <w:pStyle w:val="ListParagraph"/>
        <w:numPr>
          <w:ilvl w:val="0"/>
          <w:numId w:val="14"/>
        </w:numPr>
      </w:pPr>
      <w:r>
        <w:t>Treat everyone respectfully.</w:t>
      </w:r>
    </w:p>
    <w:p w14:paraId="79139037" w14:textId="51D9DCC0" w:rsidR="00F42F2D" w:rsidRDefault="00C648F4" w:rsidP="00B55C4E">
      <w:pPr>
        <w:pStyle w:val="ListParagraph"/>
        <w:numPr>
          <w:ilvl w:val="0"/>
          <w:numId w:val="14"/>
        </w:numPr>
      </w:pPr>
      <w:r w:rsidRPr="00C648F4">
        <w:t xml:space="preserve">Read and consider any advice, draft documents or recommendations provided by Connected Minds and raise any questions before important deadlines where possible. </w:t>
      </w:r>
      <w:r w:rsidR="00B65019">
        <w:t>Ask questions if anything is unclear.</w:t>
      </w:r>
    </w:p>
    <w:p w14:paraId="54AE4509" w14:textId="77777777" w:rsidR="00F42F2D" w:rsidRDefault="00F42F2D"/>
    <w:p w14:paraId="44331CF8" w14:textId="2CDB9812" w:rsidR="00FB19E7" w:rsidRPr="000647E5" w:rsidRDefault="00FB19E7" w:rsidP="00FA17D8">
      <w:pPr>
        <w:pStyle w:val="ListParagraph"/>
        <w:numPr>
          <w:ilvl w:val="0"/>
          <w:numId w:val="21"/>
        </w:numPr>
        <w:rPr>
          <w:b/>
          <w:bCs/>
          <w:color w:val="4F81BD" w:themeColor="accent1"/>
          <w:lang w:val="en-GB"/>
        </w:rPr>
      </w:pPr>
      <w:r w:rsidRPr="000647E5">
        <w:rPr>
          <w:b/>
          <w:bCs/>
          <w:color w:val="4F81BD" w:themeColor="accent1"/>
          <w:lang w:val="en-GB"/>
        </w:rPr>
        <w:t>Providing Documents and Evidence</w:t>
      </w:r>
    </w:p>
    <w:p w14:paraId="77EB1D6C" w14:textId="77777777" w:rsidR="00FB19E7" w:rsidRPr="00FB19E7" w:rsidRDefault="00FB19E7" w:rsidP="00FB19E7">
      <w:pPr>
        <w:rPr>
          <w:lang w:val="en-GB"/>
        </w:rPr>
      </w:pPr>
      <w:r w:rsidRPr="00FB19E7">
        <w:rPr>
          <w:lang w:val="en-GB"/>
        </w:rPr>
        <w:t>To provide the best possible support, Connected Minds asks that relevant documents are shared as early as possible.</w:t>
      </w:r>
    </w:p>
    <w:p w14:paraId="11D4B571" w14:textId="77777777" w:rsidR="00FB19E7" w:rsidRPr="00FB19E7" w:rsidRDefault="00FB19E7" w:rsidP="00FB19E7">
      <w:pPr>
        <w:rPr>
          <w:lang w:val="en-GB"/>
        </w:rPr>
      </w:pPr>
      <w:r w:rsidRPr="00FB19E7">
        <w:rPr>
          <w:lang w:val="en-GB"/>
        </w:rPr>
        <w:t>Clients are responsible for providing any reports, EHCPs, school correspondence, professional assessments or other documents that are relevant to their case within a reasonable timescale.</w:t>
      </w:r>
    </w:p>
    <w:p w14:paraId="2841779C" w14:textId="77777777" w:rsidR="00FB19E7" w:rsidRPr="00FB19E7" w:rsidRDefault="00FB19E7" w:rsidP="00FB19E7">
      <w:pPr>
        <w:rPr>
          <w:lang w:val="en-GB"/>
        </w:rPr>
      </w:pPr>
      <w:r w:rsidRPr="00FB19E7">
        <w:rPr>
          <w:lang w:val="en-GB"/>
        </w:rPr>
        <w:lastRenderedPageBreak/>
        <w:t>Where possible, documents should be sent at least five working days before a meeting, deadline or appointment requiring them to be reviewed.</w:t>
      </w:r>
    </w:p>
    <w:p w14:paraId="7296610D" w14:textId="77777777" w:rsidR="00FB19E7" w:rsidRPr="00FB19E7" w:rsidRDefault="00FB19E7" w:rsidP="00FB19E7">
      <w:pPr>
        <w:rPr>
          <w:lang w:val="en-GB"/>
        </w:rPr>
      </w:pPr>
      <w:r w:rsidRPr="00FB19E7">
        <w:rPr>
          <w:lang w:val="en-GB"/>
        </w:rPr>
        <w:t>Connected Minds will make every reasonable effort to review documents received at shorter notice; however, this cannot be guaranteed. Large volumes of information received shortly before a meeting or deadline may not be fully reviewed in time and may require an additional appointment or further charged time to complete.</w:t>
      </w:r>
    </w:p>
    <w:p w14:paraId="0E163792" w14:textId="77777777" w:rsidR="00FB19E7" w:rsidRPr="00FB19E7" w:rsidRDefault="00FB19E7" w:rsidP="00FB19E7">
      <w:pPr>
        <w:rPr>
          <w:lang w:val="en-GB"/>
        </w:rPr>
      </w:pPr>
      <w:r w:rsidRPr="00FB19E7">
        <w:rPr>
          <w:lang w:val="en-GB"/>
        </w:rPr>
        <w:t xml:space="preserve">Where extensive documentation is provided (for example, large bundles of reports or long email chains), additional time may be required for </w:t>
      </w:r>
      <w:proofErr w:type="gramStart"/>
      <w:r w:rsidRPr="00FB19E7">
        <w:rPr>
          <w:lang w:val="en-GB"/>
        </w:rPr>
        <w:t>review</w:t>
      </w:r>
      <w:proofErr w:type="gramEnd"/>
      <w:r w:rsidRPr="00FB19E7">
        <w:rPr>
          <w:lang w:val="en-GB"/>
        </w:rPr>
        <w:t xml:space="preserve"> and this will be charged at the agreed hourly rate unless otherwise agreed in advance.</w:t>
      </w:r>
    </w:p>
    <w:p w14:paraId="055E9BA8" w14:textId="77777777" w:rsidR="00FB19E7" w:rsidRPr="00FB19E7" w:rsidRDefault="00FB19E7" w:rsidP="00FB19E7">
      <w:pPr>
        <w:rPr>
          <w:lang w:val="en-GB"/>
        </w:rPr>
      </w:pPr>
      <w:r w:rsidRPr="00FB19E7">
        <w:rPr>
          <w:lang w:val="en-GB"/>
        </w:rPr>
        <w:t>Where appropriate, clients may be asked to identify the most relevant documents or specific sections requiring review to ensure the most effective use of advocacy time.</w:t>
      </w:r>
    </w:p>
    <w:p w14:paraId="43855E10" w14:textId="77777777" w:rsidR="00FB19E7" w:rsidRPr="00FB19E7" w:rsidRDefault="00FB19E7">
      <w:pPr>
        <w:rPr>
          <w:b/>
          <w:bCs/>
          <w:lang w:val="en-GB"/>
        </w:rPr>
      </w:pPr>
    </w:p>
    <w:p w14:paraId="3C9B4ED3" w14:textId="3859CE5D" w:rsidR="00F42F2D" w:rsidRPr="000647E5" w:rsidRDefault="00B65019" w:rsidP="00FA17D8">
      <w:pPr>
        <w:pStyle w:val="ListParagraph"/>
        <w:numPr>
          <w:ilvl w:val="0"/>
          <w:numId w:val="21"/>
        </w:numPr>
        <w:rPr>
          <w:b/>
          <w:bCs/>
          <w:color w:val="4F81BD" w:themeColor="accent1"/>
        </w:rPr>
      </w:pPr>
      <w:r w:rsidRPr="000647E5">
        <w:rPr>
          <w:b/>
          <w:bCs/>
          <w:color w:val="4F81BD" w:themeColor="accent1"/>
        </w:rPr>
        <w:t>My Commitment</w:t>
      </w:r>
    </w:p>
    <w:p w14:paraId="2D2BC55A" w14:textId="77777777" w:rsidR="00F42F2D" w:rsidRDefault="00B65019">
      <w:r>
        <w:t>I will:</w:t>
      </w:r>
    </w:p>
    <w:p w14:paraId="033ED93A" w14:textId="77777777" w:rsidR="00F42F2D" w:rsidRDefault="00B65019" w:rsidP="00C83D3C">
      <w:pPr>
        <w:pStyle w:val="ListParagraph"/>
        <w:numPr>
          <w:ilvl w:val="0"/>
          <w:numId w:val="15"/>
        </w:numPr>
      </w:pPr>
      <w:r>
        <w:t>Treat you with dignity and respect.</w:t>
      </w:r>
    </w:p>
    <w:p w14:paraId="1D203D25" w14:textId="77777777" w:rsidR="00F42F2D" w:rsidRDefault="00B65019" w:rsidP="00C83D3C">
      <w:pPr>
        <w:pStyle w:val="ListParagraph"/>
        <w:numPr>
          <w:ilvl w:val="0"/>
          <w:numId w:val="15"/>
        </w:numPr>
      </w:pPr>
      <w:r>
        <w:t>Listen without judgement.</w:t>
      </w:r>
    </w:p>
    <w:p w14:paraId="78D67B53" w14:textId="77777777" w:rsidR="00F42F2D" w:rsidRDefault="00B65019" w:rsidP="00C83D3C">
      <w:pPr>
        <w:pStyle w:val="ListParagraph"/>
        <w:numPr>
          <w:ilvl w:val="0"/>
          <w:numId w:val="15"/>
        </w:numPr>
      </w:pPr>
      <w:r>
        <w:t>Respect your lived experience.</w:t>
      </w:r>
    </w:p>
    <w:p w14:paraId="5746098D" w14:textId="77777777" w:rsidR="00F42F2D" w:rsidRDefault="00B65019" w:rsidP="00C83D3C">
      <w:pPr>
        <w:pStyle w:val="ListParagraph"/>
        <w:numPr>
          <w:ilvl w:val="0"/>
          <w:numId w:val="15"/>
        </w:numPr>
      </w:pPr>
      <w:r>
        <w:t>Explain things clearly.</w:t>
      </w:r>
    </w:p>
    <w:p w14:paraId="34E93D5E" w14:textId="77777777" w:rsidR="00F42F2D" w:rsidRDefault="00B65019" w:rsidP="00C83D3C">
      <w:pPr>
        <w:pStyle w:val="ListParagraph"/>
        <w:numPr>
          <w:ilvl w:val="0"/>
          <w:numId w:val="15"/>
        </w:numPr>
      </w:pPr>
      <w:r>
        <w:t>Be honest and realistic.</w:t>
      </w:r>
    </w:p>
    <w:p w14:paraId="72E3FC23" w14:textId="77777777" w:rsidR="00F42F2D" w:rsidRDefault="00B65019" w:rsidP="00C83D3C">
      <w:pPr>
        <w:pStyle w:val="ListParagraph"/>
        <w:numPr>
          <w:ilvl w:val="0"/>
          <w:numId w:val="15"/>
        </w:numPr>
      </w:pPr>
      <w:r>
        <w:t>Keep your information confidential.</w:t>
      </w:r>
    </w:p>
    <w:p w14:paraId="2F4CC560" w14:textId="77777777" w:rsidR="00F42F2D" w:rsidRDefault="00B65019" w:rsidP="00C83D3C">
      <w:pPr>
        <w:pStyle w:val="ListParagraph"/>
        <w:numPr>
          <w:ilvl w:val="0"/>
          <w:numId w:val="15"/>
        </w:numPr>
      </w:pPr>
      <w:proofErr w:type="gramStart"/>
      <w:r>
        <w:t>Work professionally at all times</w:t>
      </w:r>
      <w:proofErr w:type="gramEnd"/>
      <w:r>
        <w:t>.</w:t>
      </w:r>
    </w:p>
    <w:p w14:paraId="2F3CB4B0" w14:textId="77777777" w:rsidR="00F42F2D" w:rsidRDefault="00B65019" w:rsidP="00C83D3C">
      <w:pPr>
        <w:pStyle w:val="ListParagraph"/>
        <w:numPr>
          <w:ilvl w:val="0"/>
          <w:numId w:val="15"/>
        </w:numPr>
      </w:pPr>
      <w:r>
        <w:t>Respect professional boundaries.</w:t>
      </w:r>
    </w:p>
    <w:p w14:paraId="46ECA259" w14:textId="77777777" w:rsidR="00F42F2D" w:rsidRDefault="00B65019" w:rsidP="00C83D3C">
      <w:pPr>
        <w:pStyle w:val="ListParagraph"/>
        <w:numPr>
          <w:ilvl w:val="0"/>
          <w:numId w:val="15"/>
        </w:numPr>
      </w:pPr>
      <w:r>
        <w:t>Continue my professional development.</w:t>
      </w:r>
    </w:p>
    <w:p w14:paraId="7F1D0513" w14:textId="77777777" w:rsidR="00F42F2D" w:rsidRDefault="00B65019" w:rsidP="00C83D3C">
      <w:pPr>
        <w:pStyle w:val="ListParagraph"/>
        <w:numPr>
          <w:ilvl w:val="0"/>
          <w:numId w:val="15"/>
        </w:numPr>
      </w:pPr>
      <w:r>
        <w:t>Tell you if I believe another service would better meet your needs.</w:t>
      </w:r>
    </w:p>
    <w:p w14:paraId="17589474" w14:textId="77777777" w:rsidR="00F42F2D" w:rsidRDefault="00F42F2D"/>
    <w:p w14:paraId="3C43E502" w14:textId="03FEE2ED" w:rsidR="00F42F2D" w:rsidRPr="000647E5" w:rsidRDefault="00B65019" w:rsidP="00FA17D8">
      <w:pPr>
        <w:pStyle w:val="ListParagraph"/>
        <w:numPr>
          <w:ilvl w:val="0"/>
          <w:numId w:val="21"/>
        </w:numPr>
        <w:rPr>
          <w:b/>
          <w:bCs/>
          <w:color w:val="4F81BD" w:themeColor="accent1"/>
        </w:rPr>
      </w:pPr>
      <w:r w:rsidRPr="000647E5">
        <w:rPr>
          <w:b/>
          <w:bCs/>
          <w:color w:val="4F81BD" w:themeColor="accent1"/>
        </w:rPr>
        <w:t>Communication</w:t>
      </w:r>
    </w:p>
    <w:p w14:paraId="13B5406A" w14:textId="77777777" w:rsidR="00F42F2D" w:rsidRDefault="00B65019">
      <w:r>
        <w:t>Support may be provided:</w:t>
      </w:r>
    </w:p>
    <w:p w14:paraId="2B74EF50" w14:textId="77777777" w:rsidR="00F42F2D" w:rsidRDefault="00B65019" w:rsidP="00C83D3C">
      <w:pPr>
        <w:pStyle w:val="ListParagraph"/>
        <w:numPr>
          <w:ilvl w:val="0"/>
          <w:numId w:val="16"/>
        </w:numPr>
      </w:pPr>
      <w:r>
        <w:t>In person</w:t>
      </w:r>
    </w:p>
    <w:p w14:paraId="400D8A82" w14:textId="77777777" w:rsidR="00F42F2D" w:rsidRDefault="00B65019" w:rsidP="00C83D3C">
      <w:pPr>
        <w:pStyle w:val="ListParagraph"/>
        <w:numPr>
          <w:ilvl w:val="0"/>
          <w:numId w:val="16"/>
        </w:numPr>
      </w:pPr>
      <w:r>
        <w:t>By telephone</w:t>
      </w:r>
    </w:p>
    <w:p w14:paraId="62876AC7" w14:textId="77777777" w:rsidR="00F42F2D" w:rsidRDefault="00B65019" w:rsidP="00C83D3C">
      <w:pPr>
        <w:pStyle w:val="ListParagraph"/>
        <w:numPr>
          <w:ilvl w:val="0"/>
          <w:numId w:val="16"/>
        </w:numPr>
      </w:pPr>
      <w:r>
        <w:t>By video call</w:t>
      </w:r>
    </w:p>
    <w:p w14:paraId="00182E10" w14:textId="77777777" w:rsidR="00F42F2D" w:rsidRDefault="00B65019" w:rsidP="00C83D3C">
      <w:pPr>
        <w:pStyle w:val="ListParagraph"/>
        <w:numPr>
          <w:ilvl w:val="0"/>
          <w:numId w:val="16"/>
        </w:numPr>
      </w:pPr>
      <w:r>
        <w:t>By email</w:t>
      </w:r>
    </w:p>
    <w:p w14:paraId="3AABC027" w14:textId="77777777" w:rsidR="00F42F2D" w:rsidRDefault="00B65019">
      <w:r>
        <w:t>Working hours are:</w:t>
      </w:r>
    </w:p>
    <w:p w14:paraId="556A6FB3" w14:textId="4527FC36" w:rsidR="00F42F2D" w:rsidRDefault="00B65019">
      <w:r>
        <w:lastRenderedPageBreak/>
        <w:t>Monday-Friday</w:t>
      </w:r>
      <w:r w:rsidR="00C83D3C">
        <w:t xml:space="preserve"> </w:t>
      </w:r>
      <w:r>
        <w:t>9:00am-5:00pm</w:t>
      </w:r>
    </w:p>
    <w:p w14:paraId="6F4BF78C" w14:textId="77777777" w:rsidR="00F42F2D" w:rsidRDefault="00B65019">
      <w:r>
        <w:t>I aim to reply within 48 working hours.</w:t>
      </w:r>
    </w:p>
    <w:p w14:paraId="5064A7AD" w14:textId="77777777" w:rsidR="00F42F2D" w:rsidRDefault="00B65019">
      <w:r>
        <w:t xml:space="preserve">Connected Minds is </w:t>
      </w:r>
      <w:r w:rsidRPr="00C83D3C">
        <w:rPr>
          <w:b/>
          <w:bCs/>
        </w:rPr>
        <w:t>not</w:t>
      </w:r>
      <w:r>
        <w:t xml:space="preserve"> an emergency service.</w:t>
      </w:r>
    </w:p>
    <w:p w14:paraId="2F5D96A7" w14:textId="77777777" w:rsidR="00A336E8" w:rsidRDefault="00A336E8"/>
    <w:p w14:paraId="2D6CABF4" w14:textId="23C07FE5" w:rsidR="00A336E8" w:rsidRPr="001157F3" w:rsidRDefault="00A336E8" w:rsidP="00566A10">
      <w:pPr>
        <w:pStyle w:val="ListParagraph"/>
        <w:numPr>
          <w:ilvl w:val="0"/>
          <w:numId w:val="21"/>
        </w:numPr>
        <w:rPr>
          <w:b/>
          <w:bCs/>
          <w:color w:val="4F81BD" w:themeColor="accent1"/>
        </w:rPr>
      </w:pPr>
      <w:r w:rsidRPr="001157F3">
        <w:rPr>
          <w:b/>
          <w:bCs/>
          <w:color w:val="4F81BD" w:themeColor="accent1"/>
        </w:rPr>
        <w:t>Fees</w:t>
      </w:r>
    </w:p>
    <w:p w14:paraId="3D0D6B0F" w14:textId="77777777" w:rsidR="00A336E8" w:rsidRPr="004F36A4" w:rsidRDefault="00A336E8" w:rsidP="00A336E8">
      <w:r w:rsidRPr="004F36A4">
        <w:t>Unless otherwise agreed in writing:</w:t>
      </w:r>
    </w:p>
    <w:p w14:paraId="46D0F9DD" w14:textId="77777777" w:rsidR="00A336E8" w:rsidRPr="004F36A4" w:rsidRDefault="00A336E8" w:rsidP="00A336E8">
      <w:pPr>
        <w:numPr>
          <w:ilvl w:val="0"/>
          <w:numId w:val="22"/>
        </w:numPr>
        <w:spacing w:after="160" w:line="259" w:lineRule="auto"/>
      </w:pPr>
      <w:r w:rsidRPr="004F36A4">
        <w:t xml:space="preserve">Standard fee: </w:t>
      </w:r>
      <w:r w:rsidRPr="004F36A4">
        <w:rPr>
          <w:b/>
          <w:bCs/>
        </w:rPr>
        <w:t>£30 per hour</w:t>
      </w:r>
    </w:p>
    <w:p w14:paraId="5A0E5DD6" w14:textId="266032CB" w:rsidR="00A336E8" w:rsidRPr="004F36A4" w:rsidRDefault="00A336E8" w:rsidP="00A336E8">
      <w:pPr>
        <w:numPr>
          <w:ilvl w:val="0"/>
          <w:numId w:val="22"/>
        </w:numPr>
        <w:spacing w:after="160" w:line="259" w:lineRule="auto"/>
      </w:pPr>
      <w:r w:rsidRPr="004F36A4">
        <w:t xml:space="preserve">A </w:t>
      </w:r>
      <w:r w:rsidRPr="004F36A4">
        <w:rPr>
          <w:b/>
          <w:bCs/>
        </w:rPr>
        <w:t>£25 deposit</w:t>
      </w:r>
      <w:r w:rsidRPr="004F36A4">
        <w:t xml:space="preserve"> </w:t>
      </w:r>
      <w:r w:rsidR="001157F3">
        <w:t>may be</w:t>
      </w:r>
      <w:r w:rsidRPr="004F36A4">
        <w:t xml:space="preserve"> payable before work begins.</w:t>
      </w:r>
    </w:p>
    <w:p w14:paraId="7432D0AD" w14:textId="77777777" w:rsidR="00A336E8" w:rsidRPr="004F36A4" w:rsidRDefault="00A336E8" w:rsidP="00A336E8">
      <w:pPr>
        <w:numPr>
          <w:ilvl w:val="0"/>
          <w:numId w:val="22"/>
        </w:numPr>
        <w:spacing w:after="160" w:line="259" w:lineRule="auto"/>
      </w:pPr>
      <w:r w:rsidRPr="004F36A4">
        <w:t>The deposit will be deducted from the first invoice.</w:t>
      </w:r>
    </w:p>
    <w:p w14:paraId="5C7C794D" w14:textId="605C3FF8" w:rsidR="00A336E8" w:rsidRDefault="00A336E8" w:rsidP="00A336E8">
      <w:r w:rsidRPr="004F36A4">
        <w:t>Where fixed-price packages are agreed, these will be confirmed in writing before work begins.</w:t>
      </w:r>
      <w:r w:rsidR="009E5E78">
        <w:t xml:space="preserve"> </w:t>
      </w:r>
    </w:p>
    <w:p w14:paraId="2CE94E8F" w14:textId="6791A530" w:rsidR="009E5E78" w:rsidRDefault="009E5E78" w:rsidP="00A336E8">
      <w:r w:rsidRPr="009E5E78">
        <w:t xml:space="preserve">Payment is due within </w:t>
      </w:r>
      <w:r w:rsidRPr="009E5E78">
        <w:rPr>
          <w:b/>
          <w:bCs/>
        </w:rPr>
        <w:t>2 working days</w:t>
      </w:r>
      <w:r w:rsidRPr="009E5E78">
        <w:t xml:space="preserve"> of the invoice date unless otherwise agreed in writing.</w:t>
      </w:r>
    </w:p>
    <w:p w14:paraId="155A8D10" w14:textId="77777777" w:rsidR="00B35B9A" w:rsidRPr="004F36A4" w:rsidRDefault="00B35B9A" w:rsidP="00A336E8"/>
    <w:p w14:paraId="608242A5" w14:textId="20204E7E" w:rsidR="00B35B9A" w:rsidRPr="001157F3" w:rsidRDefault="00B35B9A" w:rsidP="00B35B9A">
      <w:pPr>
        <w:pStyle w:val="ListParagraph"/>
        <w:numPr>
          <w:ilvl w:val="0"/>
          <w:numId w:val="21"/>
        </w:numPr>
        <w:rPr>
          <w:b/>
          <w:bCs/>
          <w:color w:val="4F81BD" w:themeColor="accent1"/>
        </w:rPr>
      </w:pPr>
      <w:r w:rsidRPr="001157F3">
        <w:rPr>
          <w:b/>
          <w:bCs/>
          <w:color w:val="4F81BD" w:themeColor="accent1"/>
        </w:rPr>
        <w:t>Travel</w:t>
      </w:r>
    </w:p>
    <w:p w14:paraId="0043ACCE" w14:textId="77777777" w:rsidR="00B35B9A" w:rsidRPr="004F36A4" w:rsidRDefault="00B35B9A" w:rsidP="00B35B9A">
      <w:r w:rsidRPr="004F36A4">
        <w:t xml:space="preserve">Connected Minds </w:t>
      </w:r>
      <w:proofErr w:type="gramStart"/>
      <w:r w:rsidRPr="004F36A4">
        <w:t>is</w:t>
      </w:r>
      <w:proofErr w:type="gramEnd"/>
      <w:r w:rsidRPr="004F36A4">
        <w:t xml:space="preserve"> happy to travel up to </w:t>
      </w:r>
      <w:r w:rsidRPr="004F36A4">
        <w:rPr>
          <w:b/>
          <w:bCs/>
        </w:rPr>
        <w:t>25 miles each way</w:t>
      </w:r>
      <w:r w:rsidRPr="004F36A4">
        <w:t xml:space="preserve"> from </w:t>
      </w:r>
      <w:proofErr w:type="spellStart"/>
      <w:r w:rsidRPr="004F36A4">
        <w:t>Garforth</w:t>
      </w:r>
      <w:proofErr w:type="spellEnd"/>
      <w:r w:rsidRPr="004F36A4">
        <w:t>, Leeds.</w:t>
      </w:r>
    </w:p>
    <w:p w14:paraId="3F490DCA" w14:textId="77777777" w:rsidR="00B35B9A" w:rsidRPr="004F36A4" w:rsidRDefault="00B35B9A" w:rsidP="00B35B9A">
      <w:r w:rsidRPr="004F36A4">
        <w:t>Travel is charged at:</w:t>
      </w:r>
    </w:p>
    <w:p w14:paraId="70A2C5A3" w14:textId="77777777" w:rsidR="00B35B9A" w:rsidRPr="004F36A4" w:rsidRDefault="00B35B9A" w:rsidP="00B35B9A">
      <w:r w:rsidRPr="004F36A4">
        <w:rPr>
          <w:b/>
          <w:bCs/>
        </w:rPr>
        <w:t>£1.00 per mile (round trip)</w:t>
      </w:r>
    </w:p>
    <w:p w14:paraId="2F8502D7" w14:textId="77777777" w:rsidR="00B35B9A" w:rsidRDefault="00B35B9A" w:rsidP="00B35B9A">
      <w:r w:rsidRPr="004F36A4">
        <w:t>Mileage is calculated using Google Maps based on the fastest reasonable route.</w:t>
      </w:r>
    </w:p>
    <w:p w14:paraId="5AD341E2" w14:textId="77777777" w:rsidR="001A1051" w:rsidRDefault="001A1051" w:rsidP="00B35B9A"/>
    <w:p w14:paraId="45670C34" w14:textId="77777777" w:rsidR="001A1051" w:rsidRPr="001157F3" w:rsidRDefault="001A1051" w:rsidP="001A1051">
      <w:pPr>
        <w:rPr>
          <w:b/>
          <w:bCs/>
          <w:color w:val="4F81BD" w:themeColor="accent1"/>
        </w:rPr>
      </w:pPr>
    </w:p>
    <w:p w14:paraId="6142A9F9" w14:textId="5DA620DE" w:rsidR="001A1051" w:rsidRPr="001157F3" w:rsidRDefault="001A1051" w:rsidP="001A1051">
      <w:pPr>
        <w:pStyle w:val="ListParagraph"/>
        <w:numPr>
          <w:ilvl w:val="0"/>
          <w:numId w:val="21"/>
        </w:numPr>
        <w:rPr>
          <w:b/>
          <w:bCs/>
          <w:color w:val="4F81BD" w:themeColor="accent1"/>
        </w:rPr>
      </w:pPr>
      <w:r w:rsidRPr="001157F3">
        <w:rPr>
          <w:b/>
          <w:bCs/>
          <w:color w:val="4F81BD" w:themeColor="accent1"/>
        </w:rPr>
        <w:t>Cancellation and Rescheduling</w:t>
      </w:r>
    </w:p>
    <w:p w14:paraId="557F985D" w14:textId="77777777" w:rsidR="001A1051" w:rsidRPr="004F36A4" w:rsidRDefault="001A1051" w:rsidP="001A1051">
      <w:r w:rsidRPr="004F36A4">
        <w:t>If you need to cancel or rearrange an appointment, please provide as much notice as possible.</w:t>
      </w:r>
    </w:p>
    <w:p w14:paraId="1B04F8A3" w14:textId="77777777" w:rsidR="001A1051" w:rsidRPr="004F36A4" w:rsidRDefault="001A1051" w:rsidP="001A1051">
      <w:r w:rsidRPr="004F36A4">
        <w:t xml:space="preserve">Where less than </w:t>
      </w:r>
      <w:r w:rsidRPr="004F36A4">
        <w:rPr>
          <w:b/>
          <w:bCs/>
        </w:rPr>
        <w:t>24 hours' notice</w:t>
      </w:r>
      <w:r w:rsidRPr="004F36A4">
        <w:t xml:space="preserve"> is given, Connected Minds reserves the right to charge for the appointment if preparation time has already been undertaken or the appointment could not reasonably be reallocated.</w:t>
      </w:r>
    </w:p>
    <w:p w14:paraId="28C33851" w14:textId="77777777" w:rsidR="001A1051" w:rsidRPr="004F36A4" w:rsidRDefault="001A1051" w:rsidP="001A1051">
      <w:r w:rsidRPr="004F36A4">
        <w:lastRenderedPageBreak/>
        <w:t>This charge may be waived in exceptional circumstances at the discretion of Connected Minds.</w:t>
      </w:r>
    </w:p>
    <w:p w14:paraId="31BE013F" w14:textId="77777777" w:rsidR="001A1051" w:rsidRPr="001157F3" w:rsidRDefault="001A1051" w:rsidP="00B35B9A">
      <w:pPr>
        <w:rPr>
          <w:color w:val="4F81BD" w:themeColor="accent1"/>
        </w:rPr>
      </w:pPr>
    </w:p>
    <w:p w14:paraId="4074C44D" w14:textId="1BE5D41A" w:rsidR="00F42F2D" w:rsidRPr="001157F3" w:rsidRDefault="00B65019" w:rsidP="00D47331">
      <w:pPr>
        <w:pStyle w:val="ListParagraph"/>
        <w:numPr>
          <w:ilvl w:val="0"/>
          <w:numId w:val="21"/>
        </w:numPr>
        <w:rPr>
          <w:b/>
          <w:bCs/>
          <w:color w:val="4F81BD" w:themeColor="accent1"/>
        </w:rPr>
      </w:pPr>
      <w:proofErr w:type="spellStart"/>
      <w:r w:rsidRPr="001157F3">
        <w:rPr>
          <w:b/>
          <w:bCs/>
          <w:color w:val="4F81BD" w:themeColor="accent1"/>
        </w:rPr>
        <w:t>Neuroaffirming</w:t>
      </w:r>
      <w:proofErr w:type="spellEnd"/>
      <w:r w:rsidRPr="001157F3">
        <w:rPr>
          <w:b/>
          <w:bCs/>
          <w:color w:val="4F81BD" w:themeColor="accent1"/>
        </w:rPr>
        <w:t xml:space="preserve"> Practice</w:t>
      </w:r>
    </w:p>
    <w:p w14:paraId="5A9B8CDF" w14:textId="77777777" w:rsidR="00F42F2D" w:rsidRDefault="00B65019">
      <w:r>
        <w:t xml:space="preserve">Connected Minds </w:t>
      </w:r>
      <w:proofErr w:type="spellStart"/>
      <w:r>
        <w:t>recognises</w:t>
      </w:r>
      <w:proofErr w:type="spellEnd"/>
      <w:r>
        <w:t xml:space="preserve"> neurodiversity as a natural part of human diversity.</w:t>
      </w:r>
    </w:p>
    <w:p w14:paraId="1C782B1E" w14:textId="77777777" w:rsidR="00F42F2D" w:rsidRDefault="00B65019">
      <w:r>
        <w:t>I will always aim to:</w:t>
      </w:r>
    </w:p>
    <w:p w14:paraId="491AEB26" w14:textId="77777777" w:rsidR="00F42F2D" w:rsidRDefault="00B65019" w:rsidP="00C83D3C">
      <w:pPr>
        <w:pStyle w:val="ListParagraph"/>
        <w:numPr>
          <w:ilvl w:val="0"/>
          <w:numId w:val="17"/>
        </w:numPr>
      </w:pPr>
      <w:r>
        <w:t>focus on strengths as well as support needs;</w:t>
      </w:r>
    </w:p>
    <w:p w14:paraId="28BBF50F" w14:textId="77777777" w:rsidR="00F42F2D" w:rsidRDefault="00B65019" w:rsidP="00C83D3C">
      <w:pPr>
        <w:pStyle w:val="ListParagraph"/>
        <w:numPr>
          <w:ilvl w:val="0"/>
          <w:numId w:val="17"/>
        </w:numPr>
      </w:pPr>
      <w:r>
        <w:t>respect individual communication styles;</w:t>
      </w:r>
    </w:p>
    <w:p w14:paraId="4DB51BA3" w14:textId="77777777" w:rsidR="00F42F2D" w:rsidRDefault="00B65019" w:rsidP="00C83D3C">
      <w:pPr>
        <w:pStyle w:val="ListParagraph"/>
        <w:numPr>
          <w:ilvl w:val="0"/>
          <w:numId w:val="17"/>
        </w:numPr>
      </w:pPr>
      <w:r>
        <w:t>avoid deficit-based language where possible;</w:t>
      </w:r>
    </w:p>
    <w:p w14:paraId="37F2183A" w14:textId="77777777" w:rsidR="00F42F2D" w:rsidRDefault="00B65019" w:rsidP="00C83D3C">
      <w:pPr>
        <w:pStyle w:val="ListParagraph"/>
        <w:numPr>
          <w:ilvl w:val="0"/>
          <w:numId w:val="17"/>
        </w:numPr>
      </w:pPr>
      <w:r>
        <w:t>work collaboratively with families;</w:t>
      </w:r>
    </w:p>
    <w:p w14:paraId="5D984501" w14:textId="77777777" w:rsidR="00F42F2D" w:rsidRDefault="00B65019" w:rsidP="00C83D3C">
      <w:pPr>
        <w:pStyle w:val="ListParagraph"/>
        <w:numPr>
          <w:ilvl w:val="0"/>
          <w:numId w:val="17"/>
        </w:numPr>
      </w:pPr>
      <w:r>
        <w:t>promote dignity, autonomy and inclusion.</w:t>
      </w:r>
    </w:p>
    <w:p w14:paraId="359C32B2" w14:textId="77777777" w:rsidR="00F42F2D" w:rsidRDefault="00F42F2D"/>
    <w:p w14:paraId="4451AFC1" w14:textId="5B316406" w:rsidR="00F42F2D" w:rsidRPr="001157F3" w:rsidRDefault="00B65019" w:rsidP="00D47331">
      <w:pPr>
        <w:pStyle w:val="ListParagraph"/>
        <w:numPr>
          <w:ilvl w:val="0"/>
          <w:numId w:val="21"/>
        </w:numPr>
        <w:rPr>
          <w:b/>
          <w:bCs/>
          <w:color w:val="4F81BD" w:themeColor="accent1"/>
        </w:rPr>
      </w:pPr>
      <w:r w:rsidRPr="001157F3">
        <w:rPr>
          <w:b/>
          <w:bCs/>
          <w:color w:val="4F81BD" w:themeColor="accent1"/>
        </w:rPr>
        <w:t>Confidentiality</w:t>
      </w:r>
    </w:p>
    <w:p w14:paraId="0CD057D5" w14:textId="77777777" w:rsidR="00F42F2D" w:rsidRDefault="00B65019">
      <w:r>
        <w:t>Information shared with Connected Minds will remain confidential.</w:t>
      </w:r>
    </w:p>
    <w:p w14:paraId="2FC63C41" w14:textId="77777777" w:rsidR="00F42F2D" w:rsidRDefault="00B65019">
      <w:r>
        <w:t>Information will only be shared:</w:t>
      </w:r>
    </w:p>
    <w:p w14:paraId="63025417" w14:textId="0C9DBF31" w:rsidR="00F42F2D" w:rsidRDefault="00683094" w:rsidP="006A3330">
      <w:pPr>
        <w:pStyle w:val="ListParagraph"/>
        <w:numPr>
          <w:ilvl w:val="0"/>
          <w:numId w:val="18"/>
        </w:numPr>
      </w:pPr>
      <w:r w:rsidRPr="00683094">
        <w:t>with your knowledge and agreement where necessary to provide the agreed advocacy service</w:t>
      </w:r>
      <w:r>
        <w:t>;</w:t>
      </w:r>
    </w:p>
    <w:p w14:paraId="6B60E552" w14:textId="77777777" w:rsidR="00F42F2D" w:rsidRDefault="00B65019" w:rsidP="006A3330">
      <w:pPr>
        <w:pStyle w:val="ListParagraph"/>
        <w:numPr>
          <w:ilvl w:val="0"/>
          <w:numId w:val="18"/>
        </w:numPr>
      </w:pPr>
      <w:r>
        <w:t>where required by law;</w:t>
      </w:r>
    </w:p>
    <w:p w14:paraId="7F4A7B5D" w14:textId="77777777" w:rsidR="00F42F2D" w:rsidRDefault="00B65019" w:rsidP="006A3330">
      <w:pPr>
        <w:pStyle w:val="ListParagraph"/>
        <w:numPr>
          <w:ilvl w:val="0"/>
          <w:numId w:val="18"/>
        </w:numPr>
      </w:pPr>
      <w:r>
        <w:t>where safeguarding responsibilities require disclosure;</w:t>
      </w:r>
    </w:p>
    <w:p w14:paraId="676B934C" w14:textId="77777777" w:rsidR="00F42F2D" w:rsidRDefault="00B65019" w:rsidP="006A3330">
      <w:pPr>
        <w:pStyle w:val="ListParagraph"/>
        <w:numPr>
          <w:ilvl w:val="0"/>
          <w:numId w:val="18"/>
        </w:numPr>
      </w:pPr>
      <w:r>
        <w:t>where necessary to prevent serious harm.</w:t>
      </w:r>
    </w:p>
    <w:p w14:paraId="24FEB5D5" w14:textId="77777777" w:rsidR="00F42F2D" w:rsidRDefault="00B65019">
      <w:r>
        <w:t>Please see the Confidentiality Policy and Privacy Notice for more information.</w:t>
      </w:r>
    </w:p>
    <w:p w14:paraId="5A928372" w14:textId="77777777" w:rsidR="00F42F2D" w:rsidRDefault="00F42F2D"/>
    <w:p w14:paraId="41C988CD" w14:textId="34EDC378" w:rsidR="00F42F2D" w:rsidRPr="001157F3" w:rsidRDefault="00B65019" w:rsidP="00D47331">
      <w:pPr>
        <w:pStyle w:val="ListParagraph"/>
        <w:numPr>
          <w:ilvl w:val="0"/>
          <w:numId w:val="21"/>
        </w:numPr>
        <w:rPr>
          <w:b/>
          <w:bCs/>
          <w:color w:val="4F81BD" w:themeColor="accent1"/>
        </w:rPr>
      </w:pPr>
      <w:r w:rsidRPr="001157F3">
        <w:rPr>
          <w:b/>
          <w:bCs/>
          <w:color w:val="4F81BD" w:themeColor="accent1"/>
        </w:rPr>
        <w:t>Safeguarding</w:t>
      </w:r>
    </w:p>
    <w:p w14:paraId="6B91F8E3" w14:textId="77777777" w:rsidR="00F42F2D" w:rsidRDefault="00B65019">
      <w:r>
        <w:t>The welfare of children is always paramount.</w:t>
      </w:r>
    </w:p>
    <w:p w14:paraId="5A060331" w14:textId="77777777" w:rsidR="00F42F2D" w:rsidRDefault="00B65019">
      <w:r>
        <w:t>If I believe a child or vulnerable adult may be at risk of significant harm, I have a professional duty to share relevant information with appropriate agencies.</w:t>
      </w:r>
    </w:p>
    <w:p w14:paraId="33B549D7" w14:textId="77777777" w:rsidR="00F42F2D" w:rsidRDefault="00B65019">
      <w:r>
        <w:t>Where safe and appropriate, I will discuss this with you first.</w:t>
      </w:r>
    </w:p>
    <w:p w14:paraId="4CDE8B2E" w14:textId="77777777" w:rsidR="00F42F2D" w:rsidRDefault="00F42F2D"/>
    <w:p w14:paraId="108E47E5" w14:textId="66D400B2" w:rsidR="00F42F2D" w:rsidRPr="001157F3" w:rsidRDefault="00B65019" w:rsidP="00D47331">
      <w:pPr>
        <w:pStyle w:val="ListParagraph"/>
        <w:numPr>
          <w:ilvl w:val="0"/>
          <w:numId w:val="21"/>
        </w:numPr>
        <w:rPr>
          <w:b/>
          <w:bCs/>
          <w:color w:val="4F81BD" w:themeColor="accent1"/>
        </w:rPr>
      </w:pPr>
      <w:r w:rsidRPr="001157F3">
        <w:rPr>
          <w:b/>
          <w:bCs/>
          <w:color w:val="4F81BD" w:themeColor="accent1"/>
        </w:rPr>
        <w:lastRenderedPageBreak/>
        <w:t>Professional Boundaries</w:t>
      </w:r>
    </w:p>
    <w:p w14:paraId="3D68CA0C" w14:textId="77777777" w:rsidR="00F42F2D" w:rsidRDefault="00B65019">
      <w:r>
        <w:t>To provide a safe and professional service:</w:t>
      </w:r>
    </w:p>
    <w:p w14:paraId="781C0E7D" w14:textId="77777777" w:rsidR="00F42F2D" w:rsidRDefault="00B65019" w:rsidP="00A6032B">
      <w:pPr>
        <w:pStyle w:val="ListParagraph"/>
        <w:numPr>
          <w:ilvl w:val="0"/>
          <w:numId w:val="19"/>
        </w:numPr>
      </w:pPr>
      <w:r>
        <w:t>communication should take place through agreed business channels;</w:t>
      </w:r>
    </w:p>
    <w:p w14:paraId="6764D355" w14:textId="77777777" w:rsidR="00F42F2D" w:rsidRDefault="00B65019" w:rsidP="00A6032B">
      <w:pPr>
        <w:pStyle w:val="ListParagraph"/>
        <w:numPr>
          <w:ilvl w:val="0"/>
          <w:numId w:val="19"/>
        </w:numPr>
      </w:pPr>
      <w:r>
        <w:t>personal social media accounts will not be used for casework;</w:t>
      </w:r>
    </w:p>
    <w:p w14:paraId="220C62E2" w14:textId="77777777" w:rsidR="00F42F2D" w:rsidRDefault="00B65019" w:rsidP="00A6032B">
      <w:pPr>
        <w:pStyle w:val="ListParagraph"/>
        <w:numPr>
          <w:ilvl w:val="0"/>
          <w:numId w:val="19"/>
        </w:numPr>
      </w:pPr>
      <w:r>
        <w:t>appointments should be arranged in advance where possible;</w:t>
      </w:r>
    </w:p>
    <w:p w14:paraId="503A4D5F" w14:textId="77777777" w:rsidR="00F42F2D" w:rsidRDefault="00B65019" w:rsidP="00A6032B">
      <w:pPr>
        <w:pStyle w:val="ListParagraph"/>
        <w:numPr>
          <w:ilvl w:val="0"/>
          <w:numId w:val="19"/>
        </w:numPr>
      </w:pPr>
      <w:r>
        <w:t xml:space="preserve">respectful </w:t>
      </w:r>
      <w:proofErr w:type="spellStart"/>
      <w:r>
        <w:t>behaviour</w:t>
      </w:r>
      <w:proofErr w:type="spellEnd"/>
      <w:r>
        <w:t xml:space="preserve"> is expected from everyone.</w:t>
      </w:r>
    </w:p>
    <w:p w14:paraId="67B7041C" w14:textId="77777777" w:rsidR="00F42F2D" w:rsidRDefault="00B65019">
      <w:r>
        <w:t xml:space="preserve">Connected Minds reserves the right to end advocacy where professional boundaries are repeatedly breached or where abusive or threatening </w:t>
      </w:r>
      <w:proofErr w:type="spellStart"/>
      <w:r>
        <w:t>behaviour</w:t>
      </w:r>
      <w:proofErr w:type="spellEnd"/>
      <w:r>
        <w:t xml:space="preserve"> occurs.</w:t>
      </w:r>
    </w:p>
    <w:p w14:paraId="732594C3" w14:textId="77777777" w:rsidR="00F42F2D" w:rsidRDefault="00F42F2D"/>
    <w:p w14:paraId="03C900F1" w14:textId="27F1D3FB" w:rsidR="00F42F2D" w:rsidRPr="001157F3" w:rsidRDefault="00B65019" w:rsidP="00D47331">
      <w:pPr>
        <w:pStyle w:val="ListParagraph"/>
        <w:numPr>
          <w:ilvl w:val="0"/>
          <w:numId w:val="21"/>
        </w:numPr>
        <w:rPr>
          <w:b/>
          <w:bCs/>
          <w:color w:val="4F81BD" w:themeColor="accent1"/>
        </w:rPr>
      </w:pPr>
      <w:r w:rsidRPr="001157F3">
        <w:rPr>
          <w:b/>
          <w:bCs/>
          <w:color w:val="4F81BD" w:themeColor="accent1"/>
        </w:rPr>
        <w:t>Ending Advocacy</w:t>
      </w:r>
    </w:p>
    <w:p w14:paraId="5135DA04" w14:textId="77777777" w:rsidR="00F42F2D" w:rsidRDefault="00B65019">
      <w:r>
        <w:t>Advocacy may end when:</w:t>
      </w:r>
    </w:p>
    <w:p w14:paraId="19F9BBB3" w14:textId="77777777" w:rsidR="00F42F2D" w:rsidRDefault="00B65019" w:rsidP="00432784">
      <w:pPr>
        <w:pStyle w:val="ListParagraph"/>
        <w:numPr>
          <w:ilvl w:val="0"/>
          <w:numId w:val="10"/>
        </w:numPr>
      </w:pPr>
      <w:proofErr w:type="gramStart"/>
      <w:r>
        <w:t>your</w:t>
      </w:r>
      <w:proofErr w:type="gramEnd"/>
      <w:r>
        <w:t xml:space="preserve"> agreed support has been completed;</w:t>
      </w:r>
    </w:p>
    <w:p w14:paraId="1CA27941" w14:textId="77777777" w:rsidR="00F42F2D" w:rsidRDefault="00B65019" w:rsidP="00432784">
      <w:pPr>
        <w:pStyle w:val="ListParagraph"/>
        <w:numPr>
          <w:ilvl w:val="0"/>
          <w:numId w:val="10"/>
        </w:numPr>
      </w:pPr>
      <w:r>
        <w:t>your goals have been achieved;</w:t>
      </w:r>
    </w:p>
    <w:p w14:paraId="20126112" w14:textId="77777777" w:rsidR="00F42F2D" w:rsidRDefault="00B65019" w:rsidP="00432784">
      <w:pPr>
        <w:pStyle w:val="ListParagraph"/>
        <w:numPr>
          <w:ilvl w:val="0"/>
          <w:numId w:val="10"/>
        </w:numPr>
      </w:pPr>
      <w:r>
        <w:t>you choose to end the service;</w:t>
      </w:r>
    </w:p>
    <w:p w14:paraId="7C22BAB0" w14:textId="77777777" w:rsidR="00F42F2D" w:rsidRDefault="00B65019" w:rsidP="00432784">
      <w:pPr>
        <w:pStyle w:val="ListParagraph"/>
        <w:numPr>
          <w:ilvl w:val="0"/>
          <w:numId w:val="10"/>
        </w:numPr>
      </w:pPr>
      <w:r>
        <w:t>Connected Minds is no longer the most appropriate service;</w:t>
      </w:r>
    </w:p>
    <w:p w14:paraId="5B60F942" w14:textId="77777777" w:rsidR="00F42F2D" w:rsidRDefault="00B65019" w:rsidP="00432784">
      <w:pPr>
        <w:pStyle w:val="ListParagraph"/>
        <w:numPr>
          <w:ilvl w:val="0"/>
          <w:numId w:val="10"/>
        </w:numPr>
      </w:pPr>
      <w:r>
        <w:t>professional boundaries are repeatedly breached;</w:t>
      </w:r>
    </w:p>
    <w:p w14:paraId="568ED2F4" w14:textId="1DB63E51" w:rsidR="00DD56C6" w:rsidRDefault="00B65019" w:rsidP="00DD56C6">
      <w:pPr>
        <w:pStyle w:val="ListParagraph"/>
        <w:numPr>
          <w:ilvl w:val="0"/>
          <w:numId w:val="10"/>
        </w:numPr>
      </w:pPr>
      <w:r>
        <w:t>continuing the work would be unsafe</w:t>
      </w:r>
      <w:r w:rsidR="0024305B">
        <w:t xml:space="preserve"> or</w:t>
      </w:r>
      <w:r>
        <w:t xml:space="preserve"> unethical </w:t>
      </w:r>
    </w:p>
    <w:p w14:paraId="715B2C0F" w14:textId="274AD435" w:rsidR="00DD56C6" w:rsidRDefault="00DD56C6" w:rsidP="00DD56C6">
      <w:pPr>
        <w:pStyle w:val="ListParagraph"/>
        <w:numPr>
          <w:ilvl w:val="0"/>
          <w:numId w:val="10"/>
        </w:numPr>
      </w:pPr>
      <w:r w:rsidRPr="004F36A4">
        <w:t>invoices remain unpaid</w:t>
      </w:r>
      <w:r w:rsidR="006D5ECC">
        <w:t>;</w:t>
      </w:r>
    </w:p>
    <w:p w14:paraId="06A9BDBC" w14:textId="484D2833" w:rsidR="006D5ECC" w:rsidRDefault="00DD56C6" w:rsidP="006D5ECC">
      <w:pPr>
        <w:pStyle w:val="ListParagraph"/>
        <w:numPr>
          <w:ilvl w:val="0"/>
          <w:numId w:val="10"/>
        </w:numPr>
      </w:pPr>
      <w:r w:rsidRPr="004F36A4">
        <w:t xml:space="preserve">abusive or threatening </w:t>
      </w:r>
      <w:proofErr w:type="spellStart"/>
      <w:r w:rsidRPr="004F36A4">
        <w:t>behaviour</w:t>
      </w:r>
      <w:proofErr w:type="spellEnd"/>
      <w:r w:rsidRPr="004F36A4">
        <w:t xml:space="preserve"> occurs</w:t>
      </w:r>
      <w:r w:rsidR="006D5ECC">
        <w:t>;</w:t>
      </w:r>
    </w:p>
    <w:p w14:paraId="7F0BE156" w14:textId="0CC233D4" w:rsidR="00DD56C6" w:rsidRDefault="006D5ECC" w:rsidP="006D5ECC">
      <w:pPr>
        <w:pStyle w:val="ListParagraph"/>
        <w:numPr>
          <w:ilvl w:val="0"/>
          <w:numId w:val="10"/>
        </w:numPr>
      </w:pPr>
      <w:r w:rsidRPr="004F36A4">
        <w:t>a conflict of interest arises</w:t>
      </w:r>
      <w:r>
        <w:t>;</w:t>
      </w:r>
    </w:p>
    <w:p w14:paraId="14C67034" w14:textId="3B6688BC" w:rsidR="009B1D44" w:rsidRDefault="009B1D44" w:rsidP="006D5ECC">
      <w:pPr>
        <w:pStyle w:val="ListParagraph"/>
        <w:numPr>
          <w:ilvl w:val="0"/>
          <w:numId w:val="10"/>
        </w:numPr>
      </w:pPr>
      <w:r w:rsidRPr="009B1D44">
        <w:t>Connected Minds may also end the agreement where the requested support falls outside the scope of the service or my professional competence</w:t>
      </w:r>
      <w:r w:rsidR="0024305B">
        <w:t>;</w:t>
      </w:r>
    </w:p>
    <w:p w14:paraId="70BA4A7E" w14:textId="77777777" w:rsidR="00F42F2D" w:rsidRDefault="00B65019" w:rsidP="006D5ECC">
      <w:r>
        <w:t>Where appropriate, I will help signpost you to alternative support.</w:t>
      </w:r>
    </w:p>
    <w:p w14:paraId="4F385EBE" w14:textId="77777777" w:rsidR="00290033" w:rsidRDefault="00290033" w:rsidP="006D5ECC"/>
    <w:p w14:paraId="183A8819" w14:textId="1AF090E0" w:rsidR="00290033" w:rsidRPr="001157F3" w:rsidRDefault="00290033" w:rsidP="00290033">
      <w:pPr>
        <w:pStyle w:val="ListParagraph"/>
        <w:numPr>
          <w:ilvl w:val="0"/>
          <w:numId w:val="21"/>
        </w:numPr>
        <w:rPr>
          <w:b/>
          <w:bCs/>
          <w:color w:val="4F81BD" w:themeColor="accent1"/>
        </w:rPr>
      </w:pPr>
      <w:r w:rsidRPr="001157F3">
        <w:rPr>
          <w:b/>
          <w:bCs/>
          <w:color w:val="4F81BD" w:themeColor="accent1"/>
        </w:rPr>
        <w:t>Force Majeure</w:t>
      </w:r>
    </w:p>
    <w:p w14:paraId="1883EBCB" w14:textId="77777777" w:rsidR="00290033" w:rsidRPr="004F36A4" w:rsidRDefault="00290033" w:rsidP="00290033">
      <w:r w:rsidRPr="004F36A4">
        <w:t>Connected Minds shall not be liable for delays or inability to provide services due to circumstances beyond reasonable control, including but not limited to illness, severe weather, internet failure, power outages or government restrictions.</w:t>
      </w:r>
    </w:p>
    <w:p w14:paraId="17F993E1" w14:textId="77777777" w:rsidR="00290033" w:rsidRDefault="00290033" w:rsidP="00290033">
      <w:r w:rsidRPr="004F36A4">
        <w:t>Where possible, appointments will be rearranged at the earliest opportunity.</w:t>
      </w:r>
    </w:p>
    <w:p w14:paraId="640D73B3" w14:textId="3B7A9FBC" w:rsidR="004E4DC9" w:rsidRPr="001157F3" w:rsidRDefault="004E4DC9" w:rsidP="004E4DC9">
      <w:pPr>
        <w:pStyle w:val="ListParagraph"/>
        <w:numPr>
          <w:ilvl w:val="0"/>
          <w:numId w:val="21"/>
        </w:numPr>
        <w:rPr>
          <w:b/>
          <w:bCs/>
          <w:color w:val="4F81BD" w:themeColor="accent1"/>
        </w:rPr>
      </w:pPr>
      <w:r w:rsidRPr="001157F3">
        <w:rPr>
          <w:b/>
          <w:bCs/>
          <w:color w:val="4F81BD" w:themeColor="accent1"/>
        </w:rPr>
        <w:t>Governing Law</w:t>
      </w:r>
    </w:p>
    <w:p w14:paraId="25E8839A" w14:textId="731C822D" w:rsidR="004E4DC9" w:rsidRPr="004F36A4" w:rsidRDefault="004E4DC9" w:rsidP="004E4DC9">
      <w:r w:rsidRPr="004F36A4">
        <w:lastRenderedPageBreak/>
        <w:t xml:space="preserve">These Terms and Conditions are governed by the laws of </w:t>
      </w:r>
      <w:r w:rsidRPr="004F36A4">
        <w:rPr>
          <w:b/>
          <w:bCs/>
        </w:rPr>
        <w:t>England and Wales</w:t>
      </w:r>
    </w:p>
    <w:p w14:paraId="06D0EDAC" w14:textId="77777777" w:rsidR="00290033" w:rsidRPr="001157F3" w:rsidRDefault="00290033" w:rsidP="006D5ECC">
      <w:pPr>
        <w:rPr>
          <w:color w:val="4F81BD" w:themeColor="accent1"/>
        </w:rPr>
      </w:pPr>
    </w:p>
    <w:p w14:paraId="41C61F01" w14:textId="533C79CF" w:rsidR="00CA383D" w:rsidRPr="001157F3" w:rsidRDefault="00CA383D" w:rsidP="00CA383D">
      <w:pPr>
        <w:pStyle w:val="ListParagraph"/>
        <w:numPr>
          <w:ilvl w:val="0"/>
          <w:numId w:val="21"/>
        </w:numPr>
        <w:rPr>
          <w:b/>
          <w:bCs/>
          <w:color w:val="4F81BD" w:themeColor="accent1"/>
        </w:rPr>
      </w:pPr>
      <w:r w:rsidRPr="001157F3">
        <w:rPr>
          <w:b/>
          <w:bCs/>
          <w:color w:val="4F81BD" w:themeColor="accent1"/>
        </w:rPr>
        <w:t>Intellectual Property</w:t>
      </w:r>
    </w:p>
    <w:p w14:paraId="1DA219E6" w14:textId="77777777" w:rsidR="003D081C" w:rsidRDefault="00D539DC" w:rsidP="003D081C">
      <w:pPr>
        <w:pStyle w:val="pdq2pgselectionanchorcontainer"/>
      </w:pPr>
      <w:r>
        <w:t>Any templates, letters, guidance documents, checklists, resources, training materials or other written materials created by Connected Minds remain the intellectual property of Connected Minds unless otherwise agreed in writing.</w:t>
      </w:r>
    </w:p>
    <w:p w14:paraId="3D147B0B" w14:textId="4A0E3207" w:rsidR="00D539DC" w:rsidRDefault="00D539DC" w:rsidP="003D081C">
      <w:pPr>
        <w:pStyle w:val="pdq2pgselectionanchorcontainer"/>
      </w:pPr>
      <w:r>
        <w:t>Documents prepared specifically for your own case may be used by you for your personal purposes in connection with your child's support. However, they must not be copied, reproduced, shared publicly, distributed, adapted, sold or used for commercial purposes without the prior written permission of Connected Minds.</w:t>
      </w:r>
    </w:p>
    <w:p w14:paraId="55C12192" w14:textId="77777777" w:rsidR="00D539DC" w:rsidRDefault="00D539DC" w:rsidP="003D081C">
      <w:pPr>
        <w:pStyle w:val="NormalWeb"/>
      </w:pPr>
      <w:r>
        <w:t>Nothing in this agreement prevents you from sharing documents created specifically for your case with professionals involved in supporting your child where this is necessary to progress your child's case.</w:t>
      </w:r>
    </w:p>
    <w:p w14:paraId="103118C2" w14:textId="77777777" w:rsidR="002047FE" w:rsidRPr="00D539DC" w:rsidRDefault="002047FE">
      <w:pPr>
        <w:rPr>
          <w:lang w:val="en-GB"/>
        </w:rPr>
      </w:pPr>
    </w:p>
    <w:p w14:paraId="6EAF069F" w14:textId="559EF52B" w:rsidR="00F42F2D" w:rsidRPr="001157F3" w:rsidRDefault="00B65019" w:rsidP="002047FE">
      <w:pPr>
        <w:pStyle w:val="ListParagraph"/>
        <w:numPr>
          <w:ilvl w:val="0"/>
          <w:numId w:val="21"/>
        </w:numPr>
        <w:rPr>
          <w:b/>
          <w:bCs/>
          <w:color w:val="4F81BD" w:themeColor="accent1"/>
        </w:rPr>
      </w:pPr>
      <w:r w:rsidRPr="001157F3">
        <w:rPr>
          <w:b/>
          <w:bCs/>
          <w:color w:val="4F81BD" w:themeColor="accent1"/>
        </w:rPr>
        <w:t>Client Information Checklist</w:t>
      </w:r>
    </w:p>
    <w:p w14:paraId="4B9DF30E" w14:textId="5F911186" w:rsidR="00F42F2D" w:rsidRDefault="00B65019">
      <w:r>
        <w:t>I confirm that I have received or been given access to the Connected Minds Welcome Pack, and Privacy Notice, and have had the opportunity to ask questions before signing this agreement. Additional policies, including the Confidentiality Policy, Safeguarding &amp; Child Protection Policy, Equality, Diversity &amp; Inclusion Policy, Complaints Policy and Professional Boundaries Policy, are available on request.</w:t>
      </w:r>
    </w:p>
    <w:p w14:paraId="05822C24" w14:textId="77777777" w:rsidR="00F42F2D" w:rsidRDefault="00F42F2D"/>
    <w:p w14:paraId="6DE42290" w14:textId="604F7FE5" w:rsidR="00F42F2D" w:rsidRPr="00EB3805" w:rsidRDefault="00B65019" w:rsidP="00640D9F">
      <w:pPr>
        <w:pStyle w:val="ListParagraph"/>
        <w:numPr>
          <w:ilvl w:val="0"/>
          <w:numId w:val="21"/>
        </w:numPr>
        <w:rPr>
          <w:b/>
          <w:bCs/>
          <w:color w:val="4F81BD" w:themeColor="accent1"/>
        </w:rPr>
      </w:pPr>
      <w:r w:rsidRPr="00EB3805">
        <w:rPr>
          <w:b/>
          <w:bCs/>
          <w:color w:val="4F81BD" w:themeColor="accent1"/>
        </w:rPr>
        <w:t>Declaration</w:t>
      </w:r>
    </w:p>
    <w:p w14:paraId="29E8B7D7" w14:textId="77777777" w:rsidR="00F42F2D" w:rsidRDefault="00B65019">
      <w:r>
        <w:t>By signing below, I confirm that:</w:t>
      </w:r>
    </w:p>
    <w:p w14:paraId="5FE16D06" w14:textId="5B4C68F8" w:rsidR="00F42F2D" w:rsidRDefault="00B65019" w:rsidP="00B45E88">
      <w:pPr>
        <w:pStyle w:val="ListParagraph"/>
        <w:numPr>
          <w:ilvl w:val="0"/>
          <w:numId w:val="20"/>
        </w:numPr>
      </w:pPr>
      <w:r>
        <w:t>I understand the role of Connected Minds and the support that will be provided.</w:t>
      </w:r>
    </w:p>
    <w:p w14:paraId="662068AD" w14:textId="2297F05A" w:rsidR="00F42F2D" w:rsidRDefault="00B65019" w:rsidP="00B45E88">
      <w:pPr>
        <w:pStyle w:val="ListParagraph"/>
        <w:numPr>
          <w:ilvl w:val="0"/>
          <w:numId w:val="20"/>
        </w:numPr>
      </w:pPr>
      <w:r>
        <w:t>I understand what advocacy can and cannot do.</w:t>
      </w:r>
    </w:p>
    <w:p w14:paraId="045CAB77" w14:textId="3FDE3F5E" w:rsidR="00F42F2D" w:rsidRDefault="00B65019" w:rsidP="00B45E88">
      <w:pPr>
        <w:pStyle w:val="ListParagraph"/>
        <w:numPr>
          <w:ilvl w:val="0"/>
          <w:numId w:val="20"/>
        </w:numPr>
      </w:pPr>
      <w:r>
        <w:t xml:space="preserve">I understand that Connected Minds provides independent advocacy and cannot guarantee the decisions or actions of schools, Local Authorities, tribunals or any other </w:t>
      </w:r>
      <w:proofErr w:type="spellStart"/>
      <w:r>
        <w:t>organisation</w:t>
      </w:r>
      <w:proofErr w:type="spellEnd"/>
      <w:r>
        <w:t>.</w:t>
      </w:r>
    </w:p>
    <w:p w14:paraId="722A95F2" w14:textId="2DABEEC4" w:rsidR="00F42F2D" w:rsidRDefault="00B65019" w:rsidP="00B45E88">
      <w:pPr>
        <w:pStyle w:val="ListParagraph"/>
        <w:numPr>
          <w:ilvl w:val="0"/>
          <w:numId w:val="20"/>
        </w:numPr>
      </w:pPr>
      <w:r>
        <w:t>I understand that I remain responsible for making decisions about my child and providing accurate information relevant to my case.</w:t>
      </w:r>
    </w:p>
    <w:p w14:paraId="2B09EDD4" w14:textId="77777777" w:rsidR="002E4295" w:rsidRDefault="00B65019" w:rsidP="002E4295">
      <w:pPr>
        <w:pStyle w:val="ListParagraph"/>
        <w:numPr>
          <w:ilvl w:val="0"/>
          <w:numId w:val="20"/>
        </w:numPr>
      </w:pPr>
      <w:r>
        <w:t>I agree to work collaboratively and respectfully with Connected Minds throughout the advocacy process.</w:t>
      </w:r>
    </w:p>
    <w:p w14:paraId="0C9389F4" w14:textId="6CC05F03" w:rsidR="00F42F2D" w:rsidRDefault="002E4295" w:rsidP="002E4295">
      <w:pPr>
        <w:pStyle w:val="ListParagraph"/>
        <w:numPr>
          <w:ilvl w:val="0"/>
          <w:numId w:val="20"/>
        </w:numPr>
      </w:pPr>
      <w:r w:rsidRPr="002E4295">
        <w:lastRenderedPageBreak/>
        <w:t>I have read, understood and agree to this Client &amp; Advocacy Partnership Agreement.</w:t>
      </w:r>
    </w:p>
    <w:p w14:paraId="132013E9" w14:textId="77777777" w:rsidR="00F42F2D" w:rsidRDefault="00F42F2D"/>
    <w:p w14:paraId="50A882F2" w14:textId="77777777" w:rsidR="00F42F2D" w:rsidRPr="00EB3805" w:rsidRDefault="00B65019">
      <w:pPr>
        <w:rPr>
          <w:b/>
          <w:bCs/>
          <w:color w:val="4F81BD" w:themeColor="accent1"/>
        </w:rPr>
      </w:pPr>
      <w:r w:rsidRPr="00EB3805">
        <w:rPr>
          <w:b/>
          <w:bCs/>
          <w:color w:val="4F81BD" w:themeColor="accent1"/>
        </w:rPr>
        <w:t>Signatures</w:t>
      </w:r>
    </w:p>
    <w:p w14:paraId="6BB46BAF" w14:textId="77777777" w:rsidR="00F42F2D" w:rsidRDefault="00B65019">
      <w:r>
        <w:t>Parent / Carer</w:t>
      </w:r>
    </w:p>
    <w:p w14:paraId="0393F663" w14:textId="77777777" w:rsidR="00F42F2D" w:rsidRDefault="00B65019">
      <w:r>
        <w:t>Name</w:t>
      </w:r>
    </w:p>
    <w:p w14:paraId="22A0104F" w14:textId="77777777" w:rsidR="00F42F2D" w:rsidRDefault="00B65019">
      <w:r>
        <w:t>Signature</w:t>
      </w:r>
    </w:p>
    <w:p w14:paraId="28F08ABE" w14:textId="77777777" w:rsidR="00F517DA" w:rsidRDefault="00F517DA"/>
    <w:p w14:paraId="49AE2FE4" w14:textId="77777777" w:rsidR="00F517DA" w:rsidRDefault="00F517DA"/>
    <w:p w14:paraId="643273CB" w14:textId="2F0764AE" w:rsidR="00F42F2D" w:rsidRDefault="00B65019">
      <w:r>
        <w:t>Date</w:t>
      </w:r>
    </w:p>
    <w:p w14:paraId="334063FF" w14:textId="77777777" w:rsidR="00F517DA" w:rsidRDefault="00F517DA"/>
    <w:p w14:paraId="0620932E" w14:textId="77777777" w:rsidR="00F42F2D" w:rsidRDefault="00B65019">
      <w:r>
        <w:t>Connected Minds</w:t>
      </w:r>
    </w:p>
    <w:p w14:paraId="6266CB69" w14:textId="1221C953" w:rsidR="00F42F2D" w:rsidRDefault="00B65019">
      <w:r>
        <w:t>Ewa Walczyna</w:t>
      </w:r>
      <w:r w:rsidR="004B1B66">
        <w:t xml:space="preserve"> -</w:t>
      </w:r>
      <w:r>
        <w:t>Owner &amp; Independent SEND Advocate</w:t>
      </w:r>
    </w:p>
    <w:p w14:paraId="1C96640C" w14:textId="77777777" w:rsidR="00F42F2D" w:rsidRDefault="00B65019">
      <w:r>
        <w:t>Signature</w:t>
      </w:r>
    </w:p>
    <w:p w14:paraId="1814B83B" w14:textId="77777777" w:rsidR="00F517DA" w:rsidRDefault="00F517DA"/>
    <w:p w14:paraId="2116F0C2" w14:textId="77777777" w:rsidR="00F517DA" w:rsidRDefault="00F517DA"/>
    <w:p w14:paraId="2DE876C2" w14:textId="6DEC6621" w:rsidR="00F42F2D" w:rsidRDefault="00B65019">
      <w:r>
        <w:t>Date</w:t>
      </w:r>
    </w:p>
    <w:p w14:paraId="4A20BD47" w14:textId="77777777" w:rsidR="00F42F2D" w:rsidRDefault="00F42F2D"/>
    <w:p w14:paraId="650A2D99" w14:textId="77777777" w:rsidR="00F42F2D" w:rsidRDefault="00F42F2D"/>
    <w:p w14:paraId="52843A7F" w14:textId="77777777" w:rsidR="00F42F2D" w:rsidRDefault="00F42F2D"/>
    <w:sectPr w:rsidR="00F42F2D"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51472" w14:textId="77777777" w:rsidR="00125041" w:rsidRDefault="00125041">
      <w:pPr>
        <w:spacing w:after="0" w:line="240" w:lineRule="auto"/>
      </w:pPr>
      <w:r>
        <w:separator/>
      </w:r>
    </w:p>
  </w:endnote>
  <w:endnote w:type="continuationSeparator" w:id="0">
    <w:p w14:paraId="2304471A" w14:textId="77777777" w:rsidR="00125041" w:rsidRDefault="0012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BF1C" w14:textId="77777777" w:rsidR="00125041" w:rsidRDefault="00125041">
      <w:pPr>
        <w:spacing w:after="0" w:line="240" w:lineRule="auto"/>
      </w:pPr>
      <w:r>
        <w:separator/>
      </w:r>
    </w:p>
  </w:footnote>
  <w:footnote w:type="continuationSeparator" w:id="0">
    <w:p w14:paraId="26688719" w14:textId="77777777" w:rsidR="00125041" w:rsidRDefault="0012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EB81" w14:textId="77777777" w:rsidR="00F42F2D" w:rsidRDefault="00B65019">
    <w:pPr>
      <w:pStyle w:val="Header"/>
      <w:jc w:val="center"/>
    </w:pPr>
    <w:r>
      <w:rPr>
        <w:noProof/>
      </w:rPr>
      <w:drawing>
        <wp:inline distT="0" distB="0" distL="0" distR="0" wp14:anchorId="28E39A1F" wp14:editId="3E9C70A7">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DF4712"/>
    <w:multiLevelType w:val="hybridMultilevel"/>
    <w:tmpl w:val="A4E46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C4775D"/>
    <w:multiLevelType w:val="multilevel"/>
    <w:tmpl w:val="1196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B009A"/>
    <w:multiLevelType w:val="hybridMultilevel"/>
    <w:tmpl w:val="6828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22EF0"/>
    <w:multiLevelType w:val="hybridMultilevel"/>
    <w:tmpl w:val="B964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E6156"/>
    <w:multiLevelType w:val="hybridMultilevel"/>
    <w:tmpl w:val="DBDA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E3228E"/>
    <w:multiLevelType w:val="multilevel"/>
    <w:tmpl w:val="A61C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AB1957"/>
    <w:multiLevelType w:val="hybridMultilevel"/>
    <w:tmpl w:val="8708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2671E"/>
    <w:multiLevelType w:val="hybridMultilevel"/>
    <w:tmpl w:val="60CE3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D4102"/>
    <w:multiLevelType w:val="hybridMultilevel"/>
    <w:tmpl w:val="5A1A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6693C"/>
    <w:multiLevelType w:val="hybridMultilevel"/>
    <w:tmpl w:val="FE001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556C53"/>
    <w:multiLevelType w:val="hybridMultilevel"/>
    <w:tmpl w:val="0264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A54651"/>
    <w:multiLevelType w:val="hybridMultilevel"/>
    <w:tmpl w:val="CB669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3C3BC3"/>
    <w:multiLevelType w:val="multilevel"/>
    <w:tmpl w:val="EA22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FF2282"/>
    <w:multiLevelType w:val="multilevel"/>
    <w:tmpl w:val="1F42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914F5A"/>
    <w:multiLevelType w:val="hybridMultilevel"/>
    <w:tmpl w:val="FD48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F70D30"/>
    <w:multiLevelType w:val="hybridMultilevel"/>
    <w:tmpl w:val="3314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AE25D4"/>
    <w:multiLevelType w:val="multilevel"/>
    <w:tmpl w:val="F0E6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372477">
    <w:abstractNumId w:val="8"/>
  </w:num>
  <w:num w:numId="2" w16cid:durableId="1760784020">
    <w:abstractNumId w:val="6"/>
  </w:num>
  <w:num w:numId="3" w16cid:durableId="610624505">
    <w:abstractNumId w:val="5"/>
  </w:num>
  <w:num w:numId="4" w16cid:durableId="2016301670">
    <w:abstractNumId w:val="4"/>
  </w:num>
  <w:num w:numId="5" w16cid:durableId="1293561409">
    <w:abstractNumId w:val="7"/>
  </w:num>
  <w:num w:numId="6" w16cid:durableId="2112427787">
    <w:abstractNumId w:val="3"/>
  </w:num>
  <w:num w:numId="7" w16cid:durableId="983772945">
    <w:abstractNumId w:val="2"/>
  </w:num>
  <w:num w:numId="8" w16cid:durableId="658071517">
    <w:abstractNumId w:val="1"/>
  </w:num>
  <w:num w:numId="9" w16cid:durableId="1266427556">
    <w:abstractNumId w:val="0"/>
  </w:num>
  <w:num w:numId="10" w16cid:durableId="1606232195">
    <w:abstractNumId w:val="17"/>
  </w:num>
  <w:num w:numId="11" w16cid:durableId="1256405761">
    <w:abstractNumId w:val="19"/>
  </w:num>
  <w:num w:numId="12" w16cid:durableId="1870800418">
    <w:abstractNumId w:val="11"/>
  </w:num>
  <w:num w:numId="13" w16cid:durableId="1030454790">
    <w:abstractNumId w:val="9"/>
  </w:num>
  <w:num w:numId="14" w16cid:durableId="525369273">
    <w:abstractNumId w:val="12"/>
  </w:num>
  <w:num w:numId="15" w16cid:durableId="376516035">
    <w:abstractNumId w:val="16"/>
  </w:num>
  <w:num w:numId="16" w16cid:durableId="897087395">
    <w:abstractNumId w:val="24"/>
  </w:num>
  <w:num w:numId="17" w16cid:durableId="981272330">
    <w:abstractNumId w:val="15"/>
  </w:num>
  <w:num w:numId="18" w16cid:durableId="2109042104">
    <w:abstractNumId w:val="23"/>
  </w:num>
  <w:num w:numId="19" w16cid:durableId="1766412948">
    <w:abstractNumId w:val="13"/>
  </w:num>
  <w:num w:numId="20" w16cid:durableId="276567997">
    <w:abstractNumId w:val="20"/>
  </w:num>
  <w:num w:numId="21" w16cid:durableId="228617923">
    <w:abstractNumId w:val="18"/>
  </w:num>
  <w:num w:numId="22" w16cid:durableId="778647768">
    <w:abstractNumId w:val="25"/>
  </w:num>
  <w:num w:numId="23" w16cid:durableId="1616326706">
    <w:abstractNumId w:val="22"/>
  </w:num>
  <w:num w:numId="24" w16cid:durableId="2135323045">
    <w:abstractNumId w:val="14"/>
  </w:num>
  <w:num w:numId="25" w16cid:durableId="505367263">
    <w:abstractNumId w:val="21"/>
  </w:num>
  <w:num w:numId="26" w16cid:durableId="1537084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7E5"/>
    <w:rsid w:val="000E6C8B"/>
    <w:rsid w:val="001157F3"/>
    <w:rsid w:val="00117F2A"/>
    <w:rsid w:val="00125041"/>
    <w:rsid w:val="0015074B"/>
    <w:rsid w:val="00171330"/>
    <w:rsid w:val="00194C94"/>
    <w:rsid w:val="001A1051"/>
    <w:rsid w:val="001E65D3"/>
    <w:rsid w:val="001E7008"/>
    <w:rsid w:val="002047FE"/>
    <w:rsid w:val="002136DC"/>
    <w:rsid w:val="0024305B"/>
    <w:rsid w:val="00287798"/>
    <w:rsid w:val="00290033"/>
    <w:rsid w:val="0029639D"/>
    <w:rsid w:val="002E4295"/>
    <w:rsid w:val="00314357"/>
    <w:rsid w:val="00326F90"/>
    <w:rsid w:val="003C7895"/>
    <w:rsid w:val="003D081C"/>
    <w:rsid w:val="003E5457"/>
    <w:rsid w:val="00424469"/>
    <w:rsid w:val="00432784"/>
    <w:rsid w:val="004635A1"/>
    <w:rsid w:val="004B1B66"/>
    <w:rsid w:val="004E4DC9"/>
    <w:rsid w:val="00553F76"/>
    <w:rsid w:val="00566A10"/>
    <w:rsid w:val="005B07D9"/>
    <w:rsid w:val="005B39B5"/>
    <w:rsid w:val="005F525A"/>
    <w:rsid w:val="00640D9F"/>
    <w:rsid w:val="00683094"/>
    <w:rsid w:val="00696107"/>
    <w:rsid w:val="006A3330"/>
    <w:rsid w:val="006D5ECC"/>
    <w:rsid w:val="0071718C"/>
    <w:rsid w:val="00726C20"/>
    <w:rsid w:val="00765871"/>
    <w:rsid w:val="007761E0"/>
    <w:rsid w:val="007E00F0"/>
    <w:rsid w:val="008400D4"/>
    <w:rsid w:val="008F30CD"/>
    <w:rsid w:val="009B0CD3"/>
    <w:rsid w:val="009B1D44"/>
    <w:rsid w:val="009E5E78"/>
    <w:rsid w:val="00A336E8"/>
    <w:rsid w:val="00A6032B"/>
    <w:rsid w:val="00A80CEC"/>
    <w:rsid w:val="00AA1D8D"/>
    <w:rsid w:val="00AC3CA7"/>
    <w:rsid w:val="00B020E4"/>
    <w:rsid w:val="00B35B9A"/>
    <w:rsid w:val="00B45E88"/>
    <w:rsid w:val="00B47730"/>
    <w:rsid w:val="00B55C4E"/>
    <w:rsid w:val="00B65019"/>
    <w:rsid w:val="00BA5EFE"/>
    <w:rsid w:val="00C3480B"/>
    <w:rsid w:val="00C648F4"/>
    <w:rsid w:val="00C66BFC"/>
    <w:rsid w:val="00C83D3C"/>
    <w:rsid w:val="00C90DBF"/>
    <w:rsid w:val="00C922ED"/>
    <w:rsid w:val="00CA383D"/>
    <w:rsid w:val="00CB0664"/>
    <w:rsid w:val="00D31CCE"/>
    <w:rsid w:val="00D47331"/>
    <w:rsid w:val="00D50FF1"/>
    <w:rsid w:val="00D539DC"/>
    <w:rsid w:val="00D9393D"/>
    <w:rsid w:val="00DC12CA"/>
    <w:rsid w:val="00DD56C6"/>
    <w:rsid w:val="00E24361"/>
    <w:rsid w:val="00E37973"/>
    <w:rsid w:val="00E52495"/>
    <w:rsid w:val="00E76FB3"/>
    <w:rsid w:val="00EB3805"/>
    <w:rsid w:val="00EE142A"/>
    <w:rsid w:val="00F42F2D"/>
    <w:rsid w:val="00F517DA"/>
    <w:rsid w:val="00F60A49"/>
    <w:rsid w:val="00FA17D8"/>
    <w:rsid w:val="00FB19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D539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D539D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74</cp:revision>
  <dcterms:created xsi:type="dcterms:W3CDTF">2013-12-23T23:15:00Z</dcterms:created>
  <dcterms:modified xsi:type="dcterms:W3CDTF">2026-07-12T17:37:00Z</dcterms:modified>
  <cp:category/>
</cp:coreProperties>
</file>