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38934" w14:textId="1EDB09DE" w:rsidR="00D454AA" w:rsidRDefault="00F96FE3">
      <w:pPr>
        <w:jc w:val="center"/>
      </w:pPr>
      <w:r w:rsidRPr="00636539">
        <w:rPr>
          <w:b/>
          <w:color w:val="4F81BD" w:themeColor="accent1"/>
          <w:sz w:val="24"/>
          <w:szCs w:val="24"/>
        </w:rPr>
        <w:t>GDPR Consent Form</w:t>
      </w:r>
      <w:r>
        <w:rPr>
          <w:b/>
          <w:sz w:val="40"/>
        </w:rPr>
        <w:br/>
      </w:r>
      <w:r w:rsidR="00D64708">
        <w:rPr>
          <w:b/>
        </w:rPr>
        <w:t>Connected Minds</w:t>
      </w:r>
      <w:r>
        <w:br/>
        <w:t>Version 1.0</w:t>
      </w:r>
      <w:r>
        <w:br/>
        <w:t>Effective Date: July 2026</w:t>
      </w:r>
      <w:r>
        <w:br/>
        <w:t>Review Date: July 2027</w:t>
      </w:r>
    </w:p>
    <w:p w14:paraId="2E4155DA" w14:textId="77777777" w:rsidR="00F116D7" w:rsidRDefault="00F116D7" w:rsidP="00F116D7"/>
    <w:p w14:paraId="0EEE2987" w14:textId="1339DF89" w:rsidR="00386A88" w:rsidRPr="00F116D7" w:rsidRDefault="00386A88" w:rsidP="00F116D7">
      <w:pPr>
        <w:rPr>
          <w:b/>
          <w:bCs/>
          <w:i/>
          <w:iCs/>
          <w:color w:val="4F81BD" w:themeColor="accent1"/>
        </w:rPr>
      </w:pPr>
      <w:r w:rsidRPr="00F116D7">
        <w:rPr>
          <w:b/>
          <w:bCs/>
          <w:color w:val="4F81BD" w:themeColor="accent1"/>
        </w:rPr>
        <w:t>Business Details</w:t>
      </w:r>
    </w:p>
    <w:p w14:paraId="61BBD5BA" w14:textId="77777777" w:rsidR="00386A88" w:rsidRDefault="00386A88" w:rsidP="00386A88">
      <w:r>
        <w:t>Business Name: Connected Minds</w:t>
      </w:r>
      <w:r>
        <w:br/>
        <w:t>Owner: Ewa Walczyna</w:t>
      </w:r>
      <w:r>
        <w:br/>
        <w:t>Address: 40 Bluebell Avenue, Leeds, LS25 2FD</w:t>
      </w:r>
      <w:r>
        <w:br/>
        <w:t>Email: connectedminds.leeds@hotmail.com</w:t>
      </w:r>
      <w:r>
        <w:br/>
        <w:t>Telephone: 07495 862946</w:t>
      </w:r>
      <w:r>
        <w:br/>
        <w:t>Facebook: Connected Minds</w:t>
      </w:r>
    </w:p>
    <w:p w14:paraId="221157D0" w14:textId="77777777" w:rsidR="00D454AA" w:rsidRDefault="00D454AA"/>
    <w:p w14:paraId="0E629983" w14:textId="77777777" w:rsidR="00D454AA" w:rsidRPr="00386A88" w:rsidRDefault="00F96FE3">
      <w:pPr>
        <w:rPr>
          <w:b/>
          <w:bCs/>
          <w:color w:val="4F81BD" w:themeColor="accent1"/>
        </w:rPr>
      </w:pPr>
      <w:r w:rsidRPr="00386A88">
        <w:rPr>
          <w:b/>
          <w:bCs/>
          <w:color w:val="4F81BD" w:themeColor="accent1"/>
        </w:rPr>
        <w:t>GDPR Consent Form</w:t>
      </w:r>
    </w:p>
    <w:p w14:paraId="77A7ECFC" w14:textId="77777777" w:rsidR="00D454AA" w:rsidRDefault="00F96FE3">
      <w:r>
        <w:t>Connected Minds is committed to protecting your privacy and handling your personal information in accordance with the UK General Data Protection Regulation (UK GDPR) and the Data Protection Act 2018.</w:t>
      </w:r>
    </w:p>
    <w:p w14:paraId="4EAFA22A" w14:textId="7D199792" w:rsidR="00B80CA1" w:rsidRDefault="00B80CA1">
      <w:r w:rsidRPr="00B80CA1">
        <w:t>Connected Minds processes personal information in accordance with the UK GDPR and Data Protection Act 2018. Where your consent is required, this form records that consent. Some information may also be processed where necessary to fulfil our agreement with you or comply with legal obligations.</w:t>
      </w:r>
    </w:p>
    <w:p w14:paraId="003B7ACF" w14:textId="77777777" w:rsidR="00D454AA" w:rsidRDefault="00F96FE3">
      <w:r>
        <w:t>This form explains how your information may be used and asks for your consent where required.</w:t>
      </w:r>
    </w:p>
    <w:p w14:paraId="04E30309" w14:textId="77777777" w:rsidR="00D454AA" w:rsidRDefault="00F96FE3">
      <w:r>
        <w:t>Please tick the boxes below.</w:t>
      </w:r>
    </w:p>
    <w:p w14:paraId="13F82DB7" w14:textId="77777777" w:rsidR="00D454AA" w:rsidRDefault="00D454AA"/>
    <w:p w14:paraId="32FE853B" w14:textId="77777777" w:rsidR="00D454AA" w:rsidRPr="00F116D7" w:rsidRDefault="00F96FE3">
      <w:pPr>
        <w:rPr>
          <w:color w:val="4F81BD" w:themeColor="accent1"/>
        </w:rPr>
      </w:pPr>
      <w:r w:rsidRPr="00F116D7">
        <w:rPr>
          <w:color w:val="4F81BD" w:themeColor="accent1"/>
        </w:rPr>
        <w:t>Client Details</w:t>
      </w:r>
    </w:p>
    <w:p w14:paraId="694A017C" w14:textId="77777777" w:rsidR="00D454AA" w:rsidRDefault="00F96FE3">
      <w:r>
        <w:t>Parent/Carer Name:</w:t>
      </w:r>
    </w:p>
    <w:p w14:paraId="5727DA75" w14:textId="77777777" w:rsidR="00D454AA" w:rsidRDefault="00D454AA"/>
    <w:p w14:paraId="2EF4ABF2" w14:textId="77777777" w:rsidR="00D454AA" w:rsidRDefault="00F96FE3">
      <w:r>
        <w:t>Child/Young Person's Name (if applicable):</w:t>
      </w:r>
    </w:p>
    <w:p w14:paraId="7B753CE6" w14:textId="77777777" w:rsidR="00D454AA" w:rsidRDefault="00D454AA"/>
    <w:p w14:paraId="5BAE4986" w14:textId="77777777" w:rsidR="00D454AA" w:rsidRDefault="00F96FE3">
      <w:r>
        <w:t>Address:</w:t>
      </w:r>
    </w:p>
    <w:p w14:paraId="48479131" w14:textId="77777777" w:rsidR="00D454AA" w:rsidRDefault="00D454AA"/>
    <w:p w14:paraId="7C99D3C6" w14:textId="77777777" w:rsidR="00D454AA" w:rsidRDefault="00D454AA"/>
    <w:p w14:paraId="345E3E01" w14:textId="77777777" w:rsidR="00D454AA" w:rsidRDefault="00F96FE3">
      <w:r>
        <w:t>Telephone:</w:t>
      </w:r>
    </w:p>
    <w:p w14:paraId="1E7D7592" w14:textId="77777777" w:rsidR="00D454AA" w:rsidRDefault="00D454AA"/>
    <w:p w14:paraId="4E142746" w14:textId="77777777" w:rsidR="00D454AA" w:rsidRDefault="00F96FE3">
      <w:r>
        <w:t>Email:</w:t>
      </w:r>
    </w:p>
    <w:p w14:paraId="76337BF9" w14:textId="77777777" w:rsidR="00D454AA" w:rsidRDefault="00D454AA"/>
    <w:p w14:paraId="3027ED9A" w14:textId="77777777" w:rsidR="00D454AA" w:rsidRDefault="00D454AA"/>
    <w:p w14:paraId="06D30763" w14:textId="77777777" w:rsidR="00D454AA" w:rsidRPr="00F116D7" w:rsidRDefault="00F96FE3">
      <w:pPr>
        <w:rPr>
          <w:color w:val="4F81BD" w:themeColor="accent1"/>
        </w:rPr>
      </w:pPr>
      <w:r w:rsidRPr="00F116D7">
        <w:rPr>
          <w:color w:val="4F81BD" w:themeColor="accent1"/>
        </w:rPr>
        <w:t>Consent</w:t>
      </w:r>
    </w:p>
    <w:p w14:paraId="68CF1DA8" w14:textId="77777777" w:rsidR="00D454AA" w:rsidRDefault="00F96FE3">
      <w:r>
        <w:t>I understand that Connected Minds may need to collect and store my personal information in order to provide advocacy and family support services.</w:t>
      </w:r>
    </w:p>
    <w:p w14:paraId="6CB194D0" w14:textId="77777777" w:rsidR="00D454AA" w:rsidRDefault="00F96FE3">
      <w:r>
        <w:t>Please indicate your preferences below.</w:t>
      </w:r>
    </w:p>
    <w:p w14:paraId="73A6E725" w14:textId="77777777" w:rsidR="00D454AA" w:rsidRDefault="00F96FE3">
      <w:r>
        <w:t>☐ I consent to Connected Minds collecting and storing my personal information.</w:t>
      </w:r>
    </w:p>
    <w:p w14:paraId="64FE72BF" w14:textId="77777777" w:rsidR="00D454AA" w:rsidRDefault="00F96FE3">
      <w:r>
        <w:t>☐ I consent to Connected Minds collecting information about my child where necessary to provide advocacy services.</w:t>
      </w:r>
    </w:p>
    <w:p w14:paraId="1084F06B" w14:textId="77777777" w:rsidR="00D454AA" w:rsidRDefault="00F96FE3">
      <w:r>
        <w:t>☐ I understand that some of this information may include special category data (such as health, disability or SEND information).</w:t>
      </w:r>
    </w:p>
    <w:p w14:paraId="5707E2FB" w14:textId="77777777" w:rsidR="00D454AA" w:rsidRPr="00F116D7" w:rsidRDefault="00D454AA">
      <w:pPr>
        <w:rPr>
          <w:color w:val="4F81BD" w:themeColor="accent1"/>
        </w:rPr>
      </w:pPr>
    </w:p>
    <w:p w14:paraId="649B942B" w14:textId="77777777" w:rsidR="00D454AA" w:rsidRPr="00F116D7" w:rsidRDefault="00F96FE3">
      <w:pPr>
        <w:rPr>
          <w:color w:val="4F81BD" w:themeColor="accent1"/>
        </w:rPr>
      </w:pPr>
      <w:r w:rsidRPr="00F116D7">
        <w:rPr>
          <w:color w:val="4F81BD" w:themeColor="accent1"/>
        </w:rPr>
        <w:t>Communication Preferences</w:t>
      </w:r>
    </w:p>
    <w:p w14:paraId="3F901F6C" w14:textId="77777777" w:rsidR="00D454AA" w:rsidRDefault="00F96FE3">
      <w:r>
        <w:t>Please tick all methods you are happy for Connected Minds to use.</w:t>
      </w:r>
    </w:p>
    <w:p w14:paraId="171237FF" w14:textId="77777777" w:rsidR="00D454AA" w:rsidRDefault="00F96FE3">
      <w:r>
        <w:t>☐ Email</w:t>
      </w:r>
    </w:p>
    <w:p w14:paraId="30FAE93C" w14:textId="77777777" w:rsidR="00D454AA" w:rsidRDefault="00F96FE3">
      <w:r>
        <w:t>☐ Telephone</w:t>
      </w:r>
    </w:p>
    <w:p w14:paraId="24D27419" w14:textId="77777777" w:rsidR="00D454AA" w:rsidRDefault="00F96FE3">
      <w:r>
        <w:t>☐ Text message (SMS)</w:t>
      </w:r>
    </w:p>
    <w:p w14:paraId="38BC99A1" w14:textId="77777777" w:rsidR="00D454AA" w:rsidRDefault="00F96FE3">
      <w:r>
        <w:t>☐ Facebook Messenger (business page only)</w:t>
      </w:r>
    </w:p>
    <w:p w14:paraId="27E9AF02" w14:textId="1F4C28C1" w:rsidR="00EF5576" w:rsidRDefault="00F96FE3">
      <w:r>
        <w:lastRenderedPageBreak/>
        <w:t>☐ Video call</w:t>
      </w:r>
    </w:p>
    <w:p w14:paraId="2CD65C96" w14:textId="4F38E3E8" w:rsidR="00A227AC" w:rsidRDefault="00A227AC">
      <w:r w:rsidRPr="00A227AC">
        <w:rPr>
          <w:rFonts w:ascii="Segoe UI Symbol" w:hAnsi="Segoe UI Symbol" w:cs="Segoe UI Symbol"/>
        </w:rPr>
        <w:t>☐</w:t>
      </w:r>
      <w:r w:rsidRPr="00A227AC">
        <w:t xml:space="preserve"> WhatsApp</w:t>
      </w:r>
    </w:p>
    <w:p w14:paraId="66064BAB" w14:textId="77777777" w:rsidR="00D454AA" w:rsidRDefault="00D454AA"/>
    <w:p w14:paraId="1A91BCB6" w14:textId="77777777" w:rsidR="00D454AA" w:rsidRPr="00F116D7" w:rsidRDefault="00F96FE3">
      <w:pPr>
        <w:rPr>
          <w:color w:val="4F81BD" w:themeColor="accent1"/>
        </w:rPr>
      </w:pPr>
      <w:r w:rsidRPr="00F116D7">
        <w:rPr>
          <w:color w:val="4F81BD" w:themeColor="accent1"/>
        </w:rPr>
        <w:t>Working with Professionals</w:t>
      </w:r>
    </w:p>
    <w:p w14:paraId="64014092" w14:textId="77777777" w:rsidR="00D454AA" w:rsidRDefault="00F96FE3">
      <w:r>
        <w:t>In order to provide the agreed advocacy service, it may occasionally be necessary to share relevant information with professionals involved in supporting your child, such as schools, Local Authorities or other education professionals.</w:t>
      </w:r>
    </w:p>
    <w:p w14:paraId="1F17128F" w14:textId="77777777" w:rsidR="00D454AA" w:rsidRDefault="00F96FE3">
      <w:r>
        <w:t>Connected Minds will only do this:</w:t>
      </w:r>
    </w:p>
    <w:p w14:paraId="532FB28B" w14:textId="77777777" w:rsidR="00D454AA" w:rsidRDefault="00F96FE3" w:rsidP="00846D8F">
      <w:pPr>
        <w:pStyle w:val="ListParagraph"/>
        <w:numPr>
          <w:ilvl w:val="0"/>
          <w:numId w:val="13"/>
        </w:numPr>
      </w:pPr>
      <w:r>
        <w:t xml:space="preserve">with your knowledge and agreement; </w:t>
      </w:r>
    </w:p>
    <w:p w14:paraId="67E159FB" w14:textId="77777777" w:rsidR="00D454AA" w:rsidRDefault="00F96FE3" w:rsidP="00846D8F">
      <w:pPr>
        <w:pStyle w:val="ListParagraph"/>
        <w:numPr>
          <w:ilvl w:val="0"/>
          <w:numId w:val="13"/>
        </w:numPr>
      </w:pPr>
      <w:r>
        <w:t xml:space="preserve">where it is necessary to provide the agreed advocacy service; </w:t>
      </w:r>
    </w:p>
    <w:p w14:paraId="4B45EA12" w14:textId="77777777" w:rsidR="00D454AA" w:rsidRDefault="00F96FE3" w:rsidP="00846D8F">
      <w:pPr>
        <w:pStyle w:val="ListParagraph"/>
        <w:numPr>
          <w:ilvl w:val="0"/>
          <w:numId w:val="13"/>
        </w:numPr>
      </w:pPr>
      <w:r>
        <w:t xml:space="preserve">where required by law; or </w:t>
      </w:r>
    </w:p>
    <w:p w14:paraId="54317FFE" w14:textId="77777777" w:rsidR="00D454AA" w:rsidRDefault="00F96FE3" w:rsidP="00846D8F">
      <w:pPr>
        <w:pStyle w:val="ListParagraph"/>
        <w:numPr>
          <w:ilvl w:val="0"/>
          <w:numId w:val="13"/>
        </w:numPr>
      </w:pPr>
      <w:r>
        <w:t xml:space="preserve">where safeguarding responsibilities require information to be shared. </w:t>
      </w:r>
    </w:p>
    <w:p w14:paraId="0A0809BF" w14:textId="77777777" w:rsidR="00D454AA" w:rsidRDefault="00F96FE3">
      <w:r>
        <w:t>Only the minimum amount of information necessary will be shared.</w:t>
      </w:r>
    </w:p>
    <w:p w14:paraId="716A8906" w14:textId="77777777" w:rsidR="00D454AA" w:rsidRDefault="00F96FE3">
      <w:r>
        <w:t>☐ I understand how information may be shared as part of the advocacy service.</w:t>
      </w:r>
    </w:p>
    <w:p w14:paraId="1F17A491" w14:textId="77777777" w:rsidR="00D454AA" w:rsidRDefault="00D454AA"/>
    <w:p w14:paraId="69110C0A" w14:textId="77777777" w:rsidR="00D454AA" w:rsidRPr="00F116D7" w:rsidRDefault="00F96FE3">
      <w:pPr>
        <w:rPr>
          <w:color w:val="4F81BD" w:themeColor="accent1"/>
        </w:rPr>
      </w:pPr>
      <w:r w:rsidRPr="00F116D7">
        <w:rPr>
          <w:color w:val="4F81BD" w:themeColor="accent1"/>
        </w:rPr>
        <w:t>Storage of Information</w:t>
      </w:r>
    </w:p>
    <w:p w14:paraId="4E07D2C5" w14:textId="77777777" w:rsidR="00D454AA" w:rsidRDefault="00F96FE3">
      <w:r>
        <w:t>I understand that:</w:t>
      </w:r>
    </w:p>
    <w:p w14:paraId="1D2DA211" w14:textId="77777777" w:rsidR="00D454AA" w:rsidRDefault="00F96FE3" w:rsidP="00846D8F">
      <w:pPr>
        <w:pStyle w:val="ListParagraph"/>
        <w:numPr>
          <w:ilvl w:val="0"/>
          <w:numId w:val="12"/>
        </w:numPr>
      </w:pPr>
      <w:r>
        <w:t>My records will be stored electronically.</w:t>
      </w:r>
    </w:p>
    <w:p w14:paraId="6361619D" w14:textId="77777777" w:rsidR="00A227AC" w:rsidRDefault="00A227AC" w:rsidP="00846D8F">
      <w:pPr>
        <w:pStyle w:val="ListParagraph"/>
        <w:numPr>
          <w:ilvl w:val="0"/>
          <w:numId w:val="12"/>
        </w:numPr>
      </w:pPr>
      <w:r w:rsidRPr="00A227AC">
        <w:t xml:space="preserve">Records are protected using password-protected devices and, where used, secure cloud storage or backup with appropriate security measures. </w:t>
      </w:r>
    </w:p>
    <w:p w14:paraId="2A63CE3F" w14:textId="1B1DDAD8" w:rsidR="00D454AA" w:rsidRDefault="00F96FE3" w:rsidP="00846D8F">
      <w:pPr>
        <w:pStyle w:val="ListParagraph"/>
        <w:numPr>
          <w:ilvl w:val="0"/>
          <w:numId w:val="12"/>
        </w:numPr>
      </w:pPr>
      <w:r>
        <w:t>Only the owner of Connected Minds has access to my records.</w:t>
      </w:r>
    </w:p>
    <w:p w14:paraId="1A9FD448" w14:textId="77777777" w:rsidR="007A482B" w:rsidRDefault="007A482B" w:rsidP="007A482B">
      <w:pPr>
        <w:pStyle w:val="ListParagraph"/>
        <w:numPr>
          <w:ilvl w:val="0"/>
          <w:numId w:val="12"/>
        </w:numPr>
      </w:pPr>
      <w:r>
        <w:t>This form is retained securely in accordance with the Connected Minds Data Retention &amp; Disposal Policy. Client records are normally retained for two years after case closure unless a longer retention period is required by law.</w:t>
      </w:r>
    </w:p>
    <w:p w14:paraId="5AA22CDC" w14:textId="77777777" w:rsidR="007A482B" w:rsidRDefault="007A482B" w:rsidP="007A482B">
      <w:pPr>
        <w:pStyle w:val="ListParagraph"/>
      </w:pPr>
    </w:p>
    <w:p w14:paraId="6934E250" w14:textId="77777777" w:rsidR="00D454AA" w:rsidRDefault="00F96FE3">
      <w:r>
        <w:rPr>
          <w:rFonts w:ascii="Segoe UI Symbol" w:hAnsi="Segoe UI Symbol" w:cs="Segoe UI Symbol"/>
        </w:rPr>
        <w:t>☐</w:t>
      </w:r>
      <w:r>
        <w:t xml:space="preserve"> I understand.</w:t>
      </w:r>
    </w:p>
    <w:p w14:paraId="2CDAF759" w14:textId="77777777" w:rsidR="00D454AA" w:rsidRDefault="00D454AA"/>
    <w:p w14:paraId="674FD477" w14:textId="77777777" w:rsidR="00D454AA" w:rsidRPr="00F116D7" w:rsidRDefault="00F96FE3">
      <w:pPr>
        <w:rPr>
          <w:color w:val="4F81BD" w:themeColor="accent1"/>
        </w:rPr>
      </w:pPr>
      <w:r w:rsidRPr="00F116D7">
        <w:rPr>
          <w:color w:val="4F81BD" w:themeColor="accent1"/>
        </w:rPr>
        <w:t>Confidentiality</w:t>
      </w:r>
    </w:p>
    <w:p w14:paraId="7C96CFD7" w14:textId="77777777" w:rsidR="00D454AA" w:rsidRDefault="00F96FE3">
      <w:r>
        <w:lastRenderedPageBreak/>
        <w:t>I understand that my information will be treated confidentially and handled in accordance with the Connected Minds Confidentiality Policy.</w:t>
      </w:r>
    </w:p>
    <w:p w14:paraId="40B0598D" w14:textId="77777777" w:rsidR="00D454AA" w:rsidRDefault="00F96FE3">
      <w:r>
        <w:t>Information will only be shared:</w:t>
      </w:r>
    </w:p>
    <w:p w14:paraId="4868462C" w14:textId="77777777" w:rsidR="00D454AA" w:rsidRDefault="00F96FE3" w:rsidP="00846D8F">
      <w:pPr>
        <w:pStyle w:val="ListParagraph"/>
        <w:numPr>
          <w:ilvl w:val="0"/>
          <w:numId w:val="11"/>
        </w:numPr>
      </w:pPr>
      <w:r>
        <w:t xml:space="preserve">with my knowledge and agreement where this is necessary to provide the agreed advocacy service; </w:t>
      </w:r>
    </w:p>
    <w:p w14:paraId="6358D88E" w14:textId="77777777" w:rsidR="00D454AA" w:rsidRDefault="00F96FE3" w:rsidP="00846D8F">
      <w:pPr>
        <w:pStyle w:val="ListParagraph"/>
        <w:numPr>
          <w:ilvl w:val="0"/>
          <w:numId w:val="11"/>
        </w:numPr>
      </w:pPr>
      <w:r>
        <w:t xml:space="preserve">where required by law; </w:t>
      </w:r>
    </w:p>
    <w:p w14:paraId="62789FDE" w14:textId="77777777" w:rsidR="00D454AA" w:rsidRDefault="00F96FE3" w:rsidP="00846D8F">
      <w:pPr>
        <w:pStyle w:val="ListParagraph"/>
        <w:numPr>
          <w:ilvl w:val="0"/>
          <w:numId w:val="11"/>
        </w:numPr>
      </w:pPr>
      <w:r>
        <w:t xml:space="preserve">where there are safeguarding concerns involving a child or vulnerable adult; or </w:t>
      </w:r>
    </w:p>
    <w:p w14:paraId="4899F126" w14:textId="77777777" w:rsidR="00D454AA" w:rsidRDefault="00F96FE3" w:rsidP="00846D8F">
      <w:pPr>
        <w:pStyle w:val="ListParagraph"/>
        <w:numPr>
          <w:ilvl w:val="0"/>
          <w:numId w:val="11"/>
        </w:numPr>
      </w:pPr>
      <w:r>
        <w:t xml:space="preserve">where disclosure is necessary to prevent serious harm or crime. </w:t>
      </w:r>
    </w:p>
    <w:p w14:paraId="54C50F0D" w14:textId="77777777" w:rsidR="00D454AA" w:rsidRDefault="00F96FE3">
      <w:r>
        <w:rPr>
          <w:rFonts w:ascii="Segoe UI Symbol" w:hAnsi="Segoe UI Symbol" w:cs="Segoe UI Symbol"/>
        </w:rPr>
        <w:t>☐</w:t>
      </w:r>
      <w:r>
        <w:t xml:space="preserve"> I understand.</w:t>
      </w:r>
    </w:p>
    <w:p w14:paraId="26DF542B" w14:textId="77777777" w:rsidR="00D454AA" w:rsidRDefault="00D454AA"/>
    <w:p w14:paraId="60ACC56B" w14:textId="77777777" w:rsidR="00D454AA" w:rsidRPr="00846D8F" w:rsidRDefault="00F96FE3">
      <w:pPr>
        <w:rPr>
          <w:color w:val="4F81BD" w:themeColor="accent1"/>
        </w:rPr>
      </w:pPr>
      <w:r w:rsidRPr="00846D8F">
        <w:rPr>
          <w:color w:val="4F81BD" w:themeColor="accent1"/>
        </w:rPr>
        <w:t>Your Rights</w:t>
      </w:r>
    </w:p>
    <w:p w14:paraId="5F1E84DE" w14:textId="77777777" w:rsidR="00D454AA" w:rsidRDefault="00F96FE3">
      <w:r>
        <w:t>I understand that I have the right to:</w:t>
      </w:r>
    </w:p>
    <w:p w14:paraId="30DC212D" w14:textId="77777777" w:rsidR="00D454AA" w:rsidRDefault="00F96FE3" w:rsidP="00846D8F">
      <w:pPr>
        <w:pStyle w:val="ListParagraph"/>
        <w:numPr>
          <w:ilvl w:val="0"/>
          <w:numId w:val="10"/>
        </w:numPr>
      </w:pPr>
      <w:r>
        <w:t>access my personal information;</w:t>
      </w:r>
    </w:p>
    <w:p w14:paraId="07F17DBD" w14:textId="77777777" w:rsidR="00D454AA" w:rsidRDefault="00F96FE3" w:rsidP="00846D8F">
      <w:pPr>
        <w:pStyle w:val="ListParagraph"/>
        <w:numPr>
          <w:ilvl w:val="0"/>
          <w:numId w:val="10"/>
        </w:numPr>
      </w:pPr>
      <w:r>
        <w:t>request correction of inaccurate information;</w:t>
      </w:r>
    </w:p>
    <w:p w14:paraId="56716C96" w14:textId="77777777" w:rsidR="00D454AA" w:rsidRDefault="00F96FE3" w:rsidP="00846D8F">
      <w:pPr>
        <w:pStyle w:val="ListParagraph"/>
        <w:numPr>
          <w:ilvl w:val="0"/>
          <w:numId w:val="10"/>
        </w:numPr>
      </w:pPr>
      <w:r>
        <w:t>request deletion where appropriate;</w:t>
      </w:r>
    </w:p>
    <w:p w14:paraId="585FA7C8" w14:textId="77777777" w:rsidR="00D454AA" w:rsidRDefault="00F96FE3" w:rsidP="00846D8F">
      <w:pPr>
        <w:pStyle w:val="ListParagraph"/>
        <w:numPr>
          <w:ilvl w:val="0"/>
          <w:numId w:val="10"/>
        </w:numPr>
      </w:pPr>
      <w:r>
        <w:t>restrict or object to certain processing;</w:t>
      </w:r>
    </w:p>
    <w:p w14:paraId="68B49612" w14:textId="77777777" w:rsidR="00D454AA" w:rsidRDefault="00F96FE3" w:rsidP="00846D8F">
      <w:pPr>
        <w:pStyle w:val="ListParagraph"/>
        <w:numPr>
          <w:ilvl w:val="0"/>
          <w:numId w:val="10"/>
        </w:numPr>
      </w:pPr>
      <w:r>
        <w:t>withdraw consent where consent is the lawful basis;</w:t>
      </w:r>
    </w:p>
    <w:p w14:paraId="72EE1863" w14:textId="77777777" w:rsidR="00D454AA" w:rsidRDefault="00F96FE3" w:rsidP="00846D8F">
      <w:pPr>
        <w:pStyle w:val="ListParagraph"/>
        <w:numPr>
          <w:ilvl w:val="0"/>
          <w:numId w:val="10"/>
        </w:numPr>
      </w:pPr>
      <w:r>
        <w:t>complain to the Information Commissioner's Office (ICO).</w:t>
      </w:r>
    </w:p>
    <w:p w14:paraId="332A84BA" w14:textId="0229E27F" w:rsidR="00D454AA" w:rsidRDefault="00F96FE3">
      <w:r>
        <w:t>Further information is available in the Connected Minds Privacy Notice.</w:t>
      </w:r>
      <w:r w:rsidR="00C338B4">
        <w:t xml:space="preserve"> </w:t>
      </w:r>
      <w:r w:rsidR="00C338B4" w:rsidRPr="00C338B4">
        <w:t>You also have the right to contact the Information Commissioner's Office (ICO) if you have concerns about how your information has been handled.</w:t>
      </w:r>
    </w:p>
    <w:p w14:paraId="0132A9AB" w14:textId="77777777" w:rsidR="00D454AA" w:rsidRDefault="00F96FE3">
      <w:r>
        <w:t>☐ I understand.</w:t>
      </w:r>
    </w:p>
    <w:p w14:paraId="0FA3AD49" w14:textId="77777777" w:rsidR="00D454AA" w:rsidRDefault="00D454AA"/>
    <w:p w14:paraId="153B8AC9" w14:textId="77777777" w:rsidR="00D454AA" w:rsidRPr="00846D8F" w:rsidRDefault="00F96FE3">
      <w:pPr>
        <w:rPr>
          <w:color w:val="4F81BD" w:themeColor="accent1"/>
        </w:rPr>
      </w:pPr>
      <w:r w:rsidRPr="00846D8F">
        <w:rPr>
          <w:color w:val="4F81BD" w:themeColor="accent1"/>
        </w:rPr>
        <w:t>Withdrawal of Consent</w:t>
      </w:r>
    </w:p>
    <w:p w14:paraId="28480804" w14:textId="77777777" w:rsidR="00D454AA" w:rsidRDefault="00F96FE3">
      <w:r>
        <w:t>I understand that I may withdraw my consent at any time by contacting Connected Minds.</w:t>
      </w:r>
    </w:p>
    <w:p w14:paraId="6E684C1E" w14:textId="77777777" w:rsidR="00D454AA" w:rsidRDefault="00F96FE3">
      <w:r>
        <w:t>Withdrawal of consent will not affect any processing that has already taken place lawfully.</w:t>
      </w:r>
    </w:p>
    <w:p w14:paraId="323D081C" w14:textId="77777777" w:rsidR="00D454AA" w:rsidRDefault="00D454AA"/>
    <w:p w14:paraId="6A6CD6F0" w14:textId="77777777" w:rsidR="00D454AA" w:rsidRPr="00846D8F" w:rsidRDefault="00F96FE3">
      <w:pPr>
        <w:rPr>
          <w:color w:val="4F81BD" w:themeColor="accent1"/>
        </w:rPr>
      </w:pPr>
      <w:r w:rsidRPr="00846D8F">
        <w:rPr>
          <w:color w:val="4F81BD" w:themeColor="accent1"/>
        </w:rPr>
        <w:t>Declaration</w:t>
      </w:r>
    </w:p>
    <w:p w14:paraId="6C7E9AF0" w14:textId="77777777" w:rsidR="00D454AA" w:rsidRDefault="00F96FE3">
      <w:r>
        <w:t>I confirm that:</w:t>
      </w:r>
    </w:p>
    <w:p w14:paraId="500ADCA7" w14:textId="77777777" w:rsidR="00D454AA" w:rsidRDefault="00F96FE3">
      <w:r>
        <w:lastRenderedPageBreak/>
        <w:t>☐ I have read and understood this form.</w:t>
      </w:r>
    </w:p>
    <w:p w14:paraId="4BBFC90F" w14:textId="77777777" w:rsidR="00D454AA" w:rsidRDefault="00F96FE3">
      <w:r>
        <w:t>☐ I have had the opportunity to ask questions.</w:t>
      </w:r>
    </w:p>
    <w:p w14:paraId="17912EDA" w14:textId="77777777" w:rsidR="00D454AA" w:rsidRDefault="00F96FE3">
      <w:r>
        <w:t>☐ I understand how Connected Minds will collect, use, store and protect my personal information.</w:t>
      </w:r>
    </w:p>
    <w:p w14:paraId="37BF11F9" w14:textId="77777777" w:rsidR="00D454AA" w:rsidRDefault="00F96FE3">
      <w:r>
        <w:t>☐ I understand that limited information may be shared with professionals involved in my child's support where necessary to provide the agreed advocacy service, with my knowledge and agreement, or where required by law or safeguarding responsibilities.</w:t>
      </w:r>
    </w:p>
    <w:p w14:paraId="382160D0" w14:textId="2840F42A" w:rsidR="00D454AA" w:rsidRDefault="00F96FE3">
      <w:r>
        <w:t xml:space="preserve">☐ </w:t>
      </w:r>
      <w:r w:rsidR="002F37D2" w:rsidRPr="002F37D2">
        <w:t>I consent to Connected Minds processing my personal information as described in this form and the Connected Minds Privacy Notice.</w:t>
      </w:r>
    </w:p>
    <w:p w14:paraId="5CB8C77B" w14:textId="77777777" w:rsidR="00D454AA" w:rsidRDefault="00D454AA"/>
    <w:p w14:paraId="37C9A249" w14:textId="77777777" w:rsidR="00D454AA" w:rsidRDefault="00D454AA"/>
    <w:p w14:paraId="4D6393E0" w14:textId="77777777" w:rsidR="00D454AA" w:rsidRDefault="00F96FE3">
      <w:r>
        <w:t>Parent/Carer Name</w:t>
      </w:r>
    </w:p>
    <w:p w14:paraId="002CCB8D" w14:textId="77777777" w:rsidR="00D454AA" w:rsidRDefault="00D454AA"/>
    <w:p w14:paraId="51898529" w14:textId="77777777" w:rsidR="00D454AA" w:rsidRDefault="00F96FE3">
      <w:r>
        <w:t>Signature</w:t>
      </w:r>
    </w:p>
    <w:p w14:paraId="23C664CB" w14:textId="77777777" w:rsidR="00D454AA" w:rsidRDefault="00D454AA"/>
    <w:p w14:paraId="0D157B05" w14:textId="77777777" w:rsidR="00D454AA" w:rsidRDefault="00F96FE3">
      <w:r>
        <w:t>Date</w:t>
      </w:r>
    </w:p>
    <w:p w14:paraId="0C1D15EF" w14:textId="77777777" w:rsidR="00D454AA" w:rsidRDefault="00D454AA"/>
    <w:p w14:paraId="52DF1E42" w14:textId="77777777" w:rsidR="00D454AA" w:rsidRDefault="00D454AA"/>
    <w:p w14:paraId="549898CD" w14:textId="77777777" w:rsidR="00D454AA" w:rsidRPr="007F3350" w:rsidRDefault="00F96FE3">
      <w:pPr>
        <w:rPr>
          <w:b/>
          <w:bCs/>
        </w:rPr>
      </w:pPr>
      <w:r w:rsidRPr="007F3350">
        <w:rPr>
          <w:b/>
          <w:bCs/>
        </w:rPr>
        <w:t>Connected Minds</w:t>
      </w:r>
    </w:p>
    <w:p w14:paraId="6E1EAB0B" w14:textId="16E9F5A9" w:rsidR="00D454AA" w:rsidRDefault="00F96FE3">
      <w:r>
        <w:t>Ewa Walczyna</w:t>
      </w:r>
      <w:r w:rsidR="00846D8F">
        <w:t xml:space="preserve"> -</w:t>
      </w:r>
      <w:r w:rsidR="007F3350" w:rsidRPr="007F3350">
        <w:t xml:space="preserve"> Owner &amp; Independent SEND Advocate</w:t>
      </w:r>
    </w:p>
    <w:p w14:paraId="2994A907" w14:textId="77777777" w:rsidR="00D454AA" w:rsidRDefault="00F96FE3">
      <w:r>
        <w:t>Signature</w:t>
      </w:r>
    </w:p>
    <w:p w14:paraId="472537E7" w14:textId="77777777" w:rsidR="00D454AA" w:rsidRDefault="00D454AA"/>
    <w:p w14:paraId="79DE61E5" w14:textId="77777777" w:rsidR="00D454AA" w:rsidRDefault="00F96FE3">
      <w:r>
        <w:t>Date</w:t>
      </w:r>
    </w:p>
    <w:p w14:paraId="635E8B3F" w14:textId="77777777" w:rsidR="00D454AA" w:rsidRDefault="00D454AA"/>
    <w:p w14:paraId="23452CF3" w14:textId="0660A7E2" w:rsidR="00D454AA" w:rsidRDefault="00D454AA"/>
    <w:sectPr w:rsidR="00D454AA"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7FC9" w14:textId="77777777" w:rsidR="00F00926" w:rsidRDefault="00F00926">
      <w:pPr>
        <w:spacing w:after="0" w:line="240" w:lineRule="auto"/>
      </w:pPr>
      <w:r>
        <w:separator/>
      </w:r>
    </w:p>
  </w:endnote>
  <w:endnote w:type="continuationSeparator" w:id="0">
    <w:p w14:paraId="703BFB1B" w14:textId="77777777" w:rsidR="00F00926" w:rsidRDefault="00F00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B8DD" w14:textId="77777777" w:rsidR="00D454AA" w:rsidRDefault="00F96FE3">
    <w:pPr>
      <w:pStyle w:val="Footer"/>
      <w:jc w:val="center"/>
    </w:pPr>
    <w:r>
      <w:t>Connected Minds | GDPR Consent Form | Version 1.0 | Review July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8834" w14:textId="77777777" w:rsidR="00F00926" w:rsidRDefault="00F00926">
      <w:pPr>
        <w:spacing w:after="0" w:line="240" w:lineRule="auto"/>
      </w:pPr>
      <w:r>
        <w:separator/>
      </w:r>
    </w:p>
  </w:footnote>
  <w:footnote w:type="continuationSeparator" w:id="0">
    <w:p w14:paraId="167B4006" w14:textId="77777777" w:rsidR="00F00926" w:rsidRDefault="00F00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6E3C" w14:textId="77777777" w:rsidR="00D454AA" w:rsidRDefault="00F96FE3">
    <w:pPr>
      <w:pStyle w:val="Header"/>
      <w:jc w:val="center"/>
    </w:pPr>
    <w:r>
      <w:rPr>
        <w:noProof/>
      </w:rPr>
      <w:drawing>
        <wp:inline distT="0" distB="0" distL="0" distR="0" wp14:anchorId="69712329" wp14:editId="345EB91B">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CD5086"/>
    <w:multiLevelType w:val="hybridMultilevel"/>
    <w:tmpl w:val="D1A2D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CD5818"/>
    <w:multiLevelType w:val="hybridMultilevel"/>
    <w:tmpl w:val="AC8AD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7A61C2"/>
    <w:multiLevelType w:val="hybridMultilevel"/>
    <w:tmpl w:val="1C92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897645"/>
    <w:multiLevelType w:val="hybridMultilevel"/>
    <w:tmpl w:val="F5D8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3722636">
    <w:abstractNumId w:val="8"/>
  </w:num>
  <w:num w:numId="2" w16cid:durableId="870387314">
    <w:abstractNumId w:val="6"/>
  </w:num>
  <w:num w:numId="3" w16cid:durableId="725300362">
    <w:abstractNumId w:val="5"/>
  </w:num>
  <w:num w:numId="4" w16cid:durableId="1988317266">
    <w:abstractNumId w:val="4"/>
  </w:num>
  <w:num w:numId="5" w16cid:durableId="998462145">
    <w:abstractNumId w:val="7"/>
  </w:num>
  <w:num w:numId="6" w16cid:durableId="1486624257">
    <w:abstractNumId w:val="3"/>
  </w:num>
  <w:num w:numId="7" w16cid:durableId="912855482">
    <w:abstractNumId w:val="2"/>
  </w:num>
  <w:num w:numId="8" w16cid:durableId="871115836">
    <w:abstractNumId w:val="1"/>
  </w:num>
  <w:num w:numId="9" w16cid:durableId="836532075">
    <w:abstractNumId w:val="0"/>
  </w:num>
  <w:num w:numId="10" w16cid:durableId="1610549650">
    <w:abstractNumId w:val="10"/>
  </w:num>
  <w:num w:numId="11" w16cid:durableId="1376194837">
    <w:abstractNumId w:val="9"/>
  </w:num>
  <w:num w:numId="12" w16cid:durableId="2066486449">
    <w:abstractNumId w:val="12"/>
  </w:num>
  <w:num w:numId="13" w16cid:durableId="144979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37D2"/>
    <w:rsid w:val="00321DC9"/>
    <w:rsid w:val="00326F90"/>
    <w:rsid w:val="00331FE0"/>
    <w:rsid w:val="00386A88"/>
    <w:rsid w:val="003C0BCF"/>
    <w:rsid w:val="00545D4C"/>
    <w:rsid w:val="00553F76"/>
    <w:rsid w:val="00636539"/>
    <w:rsid w:val="007850A5"/>
    <w:rsid w:val="007A482B"/>
    <w:rsid w:val="007F3350"/>
    <w:rsid w:val="00825D44"/>
    <w:rsid w:val="00846D8F"/>
    <w:rsid w:val="008C0B46"/>
    <w:rsid w:val="00A227AC"/>
    <w:rsid w:val="00AA1D8D"/>
    <w:rsid w:val="00B47730"/>
    <w:rsid w:val="00B80CA1"/>
    <w:rsid w:val="00C338B4"/>
    <w:rsid w:val="00C436FE"/>
    <w:rsid w:val="00CB0664"/>
    <w:rsid w:val="00D454AA"/>
    <w:rsid w:val="00D64708"/>
    <w:rsid w:val="00EF5576"/>
    <w:rsid w:val="00F00926"/>
    <w:rsid w:val="00F116D7"/>
    <w:rsid w:val="00F96F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19</cp:revision>
  <dcterms:created xsi:type="dcterms:W3CDTF">2013-12-23T23:15:00Z</dcterms:created>
  <dcterms:modified xsi:type="dcterms:W3CDTF">2026-07-12T18:12:00Z</dcterms:modified>
  <cp:category/>
</cp:coreProperties>
</file>