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CC3F6" w14:textId="77777777" w:rsidR="001A341D" w:rsidRDefault="007767EA">
      <w:pPr>
        <w:pStyle w:val="Title"/>
        <w:jc w:val="center"/>
      </w:pPr>
      <w:r>
        <w:t>CONNECTED MINDS</w:t>
      </w:r>
    </w:p>
    <w:p w14:paraId="5B369EB0" w14:textId="2ACC39C8" w:rsidR="001A341D" w:rsidRDefault="007767EA">
      <w:pPr>
        <w:jc w:val="center"/>
      </w:pPr>
      <w:r w:rsidRPr="003A3CE4">
        <w:rPr>
          <w:b/>
          <w:color w:val="1F497D" w:themeColor="text2"/>
          <w:sz w:val="40"/>
        </w:rPr>
        <w:t>Self Referral Form</w:t>
      </w:r>
      <w:r w:rsidRPr="003A3CE4">
        <w:rPr>
          <w:b/>
          <w:color w:val="1F497D" w:themeColor="text2"/>
          <w:sz w:val="40"/>
        </w:rPr>
        <w:br/>
      </w:r>
      <w:r>
        <w:t>Supporting Parents of Children and Young People with SEND</w:t>
      </w:r>
      <w:r>
        <w:br/>
      </w:r>
      <w:r>
        <w:br/>
        <w:t>Version 1.0</w:t>
      </w:r>
      <w:r>
        <w:br/>
        <w:t xml:space="preserve">Effective Date: </w:t>
      </w:r>
      <w:r w:rsidR="00774D32">
        <w:t>September</w:t>
      </w:r>
      <w:r>
        <w:t xml:space="preserve"> 2026</w:t>
      </w:r>
      <w:r>
        <w:br/>
        <w:t xml:space="preserve">Review Date: </w:t>
      </w:r>
      <w:r w:rsidR="00774D32">
        <w:t>September</w:t>
      </w:r>
      <w:r>
        <w:t xml:space="preserve"> 2027</w:t>
      </w:r>
    </w:p>
    <w:p w14:paraId="5972BC79" w14:textId="77777777" w:rsidR="001A341D" w:rsidRDefault="007767EA">
      <w:r>
        <w:br w:type="page"/>
      </w:r>
    </w:p>
    <w:p w14:paraId="21B5556F" w14:textId="77777777" w:rsidR="001A341D" w:rsidRDefault="007767EA">
      <w:pPr>
        <w:pStyle w:val="Heading1"/>
      </w:pPr>
      <w:r>
        <w:lastRenderedPageBreak/>
        <w:t>Self Referral Form</w:t>
      </w:r>
    </w:p>
    <w:p w14:paraId="449B573E" w14:textId="77777777" w:rsidR="001A341D" w:rsidRDefault="007767EA">
      <w:pPr>
        <w:pStyle w:val="Heading2"/>
      </w:pPr>
      <w:r>
        <w:t>Parent / Carer Details</w:t>
      </w:r>
    </w:p>
    <w:p w14:paraId="166ED026" w14:textId="77777777" w:rsidR="001A341D" w:rsidRDefault="007767EA">
      <w:r>
        <w:t>Full Name: ____________________________________________</w:t>
      </w:r>
    </w:p>
    <w:p w14:paraId="3434077D" w14:textId="77777777" w:rsidR="001A341D" w:rsidRDefault="007767EA">
      <w:r>
        <w:t>Address: ____________________________________________</w:t>
      </w:r>
    </w:p>
    <w:p w14:paraId="4B101D67" w14:textId="77777777" w:rsidR="001A341D" w:rsidRDefault="007767EA">
      <w:r>
        <w:t>Postcode: ____________________________________________</w:t>
      </w:r>
    </w:p>
    <w:p w14:paraId="4444CDD6" w14:textId="77777777" w:rsidR="001A341D" w:rsidRDefault="007767EA">
      <w:r>
        <w:t>Telephone: ____________________________________________</w:t>
      </w:r>
    </w:p>
    <w:p w14:paraId="1E996748" w14:textId="77777777" w:rsidR="001A341D" w:rsidRDefault="007767EA">
      <w:r>
        <w:t>Email: ____________________________________________</w:t>
      </w:r>
    </w:p>
    <w:p w14:paraId="7E1BF524" w14:textId="77777777" w:rsidR="001A341D" w:rsidRDefault="007767EA">
      <w:pPr>
        <w:pStyle w:val="Heading2"/>
      </w:pPr>
      <w:r>
        <w:t>Child / Young Person Details</w:t>
      </w:r>
    </w:p>
    <w:p w14:paraId="11986AEE" w14:textId="77777777" w:rsidR="001A341D" w:rsidRDefault="007767EA">
      <w:r>
        <w:t>Name: ____________________________________________</w:t>
      </w:r>
    </w:p>
    <w:p w14:paraId="1F4AE1E3" w14:textId="77777777" w:rsidR="001A341D" w:rsidRDefault="007767EA">
      <w:r>
        <w:t>Date of Birth: ____________________________________________</w:t>
      </w:r>
    </w:p>
    <w:p w14:paraId="16C88880" w14:textId="77777777" w:rsidR="001A341D" w:rsidRDefault="007767EA">
      <w:r>
        <w:t>Age: ____________________________________________</w:t>
      </w:r>
    </w:p>
    <w:p w14:paraId="26295178" w14:textId="77777777" w:rsidR="001A341D" w:rsidRDefault="007767EA">
      <w:r>
        <w:t>School / Setting: ____________________________________________</w:t>
      </w:r>
    </w:p>
    <w:p w14:paraId="1A274090" w14:textId="77777777" w:rsidR="001A341D" w:rsidRDefault="007767EA">
      <w:r>
        <w:t>Year Group: ____________________________________________</w:t>
      </w:r>
    </w:p>
    <w:p w14:paraId="6EE4913A" w14:textId="77777777" w:rsidR="001A341D" w:rsidRDefault="007767EA">
      <w:r>
        <w:t>Local Authority: ____________________________________________</w:t>
      </w:r>
    </w:p>
    <w:p w14:paraId="51A451C2" w14:textId="77777777" w:rsidR="001A341D" w:rsidRDefault="007767EA">
      <w:pPr>
        <w:pStyle w:val="Heading2"/>
      </w:pPr>
      <w:r>
        <w:t>SEND Information</w:t>
      </w:r>
    </w:p>
    <w:p w14:paraId="27E16AB3" w14:textId="77777777" w:rsidR="001A341D" w:rsidRDefault="007767EA">
      <w:r>
        <w:t>EHCP: ☐ Yes   ☐ No   ☐ In Progress</w:t>
      </w:r>
    </w:p>
    <w:p w14:paraId="0DC72C19" w14:textId="77777777" w:rsidR="001A341D" w:rsidRDefault="007767EA">
      <w:r>
        <w:t>Diagnosis / Suspected Needs: ____________________________________________</w:t>
      </w:r>
    </w:p>
    <w:p w14:paraId="2CF3711B" w14:textId="77777777" w:rsidR="001A341D" w:rsidRDefault="007767EA">
      <w:r>
        <w:t>Professionals involved: ________________________________________________</w:t>
      </w:r>
    </w:p>
    <w:p w14:paraId="1246F13A" w14:textId="77777777" w:rsidR="001A341D" w:rsidRDefault="007767EA">
      <w:pPr>
        <w:pStyle w:val="Heading2"/>
      </w:pPr>
      <w:r>
        <w:t>Reason for Referral</w:t>
      </w:r>
    </w:p>
    <w:p w14:paraId="46A0FE6F" w14:textId="77777777" w:rsidR="001A341D" w:rsidRDefault="007767EA">
      <w:r>
        <w:t>☐</w:t>
      </w:r>
      <w:r>
        <w:t xml:space="preserve"> SEND Advice</w:t>
      </w:r>
    </w:p>
    <w:p w14:paraId="294DC34A" w14:textId="77777777" w:rsidR="001A341D" w:rsidRDefault="007767EA">
      <w:r>
        <w:t>☐</w:t>
      </w:r>
      <w:r>
        <w:t xml:space="preserve"> EHCP Needs Assessment</w:t>
      </w:r>
    </w:p>
    <w:p w14:paraId="2749B4FE" w14:textId="77777777" w:rsidR="001A341D" w:rsidRDefault="007767EA">
      <w:r>
        <w:t>☐</w:t>
      </w:r>
      <w:r>
        <w:t xml:space="preserve"> Annual Review</w:t>
      </w:r>
    </w:p>
    <w:p w14:paraId="51B13636" w14:textId="77777777" w:rsidR="001A341D" w:rsidRDefault="007767EA">
      <w:r>
        <w:t>☐</w:t>
      </w:r>
      <w:r>
        <w:t xml:space="preserve"> School Meeting Support</w:t>
      </w:r>
    </w:p>
    <w:p w14:paraId="16798977" w14:textId="77777777" w:rsidR="001A341D" w:rsidRDefault="007767EA">
      <w:r>
        <w:t>☐</w:t>
      </w:r>
      <w:r>
        <w:t xml:space="preserve"> Communication with School/LA</w:t>
      </w:r>
    </w:p>
    <w:p w14:paraId="4F9B5785" w14:textId="77777777" w:rsidR="001A341D" w:rsidRDefault="007767EA">
      <w:r>
        <w:t>☐</w:t>
      </w:r>
      <w:r>
        <w:t xml:space="preserve"> Reviewing Reports</w:t>
      </w:r>
    </w:p>
    <w:p w14:paraId="1579797D" w14:textId="77777777" w:rsidR="001A341D" w:rsidRDefault="007767EA">
      <w:r>
        <w:lastRenderedPageBreak/>
        <w:t>☐</w:t>
      </w:r>
      <w:r>
        <w:t xml:space="preserve"> Letter Writing</w:t>
      </w:r>
    </w:p>
    <w:p w14:paraId="703660A9" w14:textId="77777777" w:rsidR="001A341D" w:rsidRDefault="007767EA">
      <w:r>
        <w:t>☐</w:t>
      </w:r>
      <w:r>
        <w:t xml:space="preserve"> Benefits (DLA/PIP)</w:t>
      </w:r>
    </w:p>
    <w:p w14:paraId="712732B2" w14:textId="77777777" w:rsidR="001A341D" w:rsidRDefault="007767EA">
      <w:r>
        <w:t>☐</w:t>
      </w:r>
      <w:r>
        <w:t xml:space="preserve"> General Advocacy</w:t>
      </w:r>
    </w:p>
    <w:p w14:paraId="07D0C7E2" w14:textId="77777777" w:rsidR="001A341D" w:rsidRDefault="007767EA">
      <w:r>
        <w:t>☐</w:t>
      </w:r>
      <w:r>
        <w:t xml:space="preserve"> Other</w:t>
      </w:r>
    </w:p>
    <w:p w14:paraId="6F90EE42" w14:textId="77777777" w:rsidR="001A341D" w:rsidRDefault="007767EA">
      <w:pPr>
        <w:pStyle w:val="Heading2"/>
      </w:pPr>
      <w:r>
        <w:t>Please tell me about your concerns</w:t>
      </w:r>
    </w:p>
    <w:p w14:paraId="26114CEB" w14:textId="77777777" w:rsidR="001A341D" w:rsidRDefault="007767EA">
      <w:r>
        <w:t>__________________________________________________________________________________________</w:t>
      </w:r>
    </w:p>
    <w:p w14:paraId="00C09F6D" w14:textId="77777777" w:rsidR="001A341D" w:rsidRDefault="007767EA">
      <w:r>
        <w:t>__________________________________________________________________________________________</w:t>
      </w:r>
    </w:p>
    <w:p w14:paraId="78B0DA15" w14:textId="77777777" w:rsidR="001A341D" w:rsidRDefault="007767EA">
      <w:r>
        <w:t>__________________________________________________________________________________________</w:t>
      </w:r>
    </w:p>
    <w:p w14:paraId="33AB4E64" w14:textId="77777777" w:rsidR="001A341D" w:rsidRDefault="007767EA">
      <w:pPr>
        <w:pStyle w:val="Heading2"/>
      </w:pPr>
      <w:r>
        <w:t>What would you like Connected Minds to help you achieve?</w:t>
      </w:r>
    </w:p>
    <w:p w14:paraId="4DEB33F6" w14:textId="77777777" w:rsidR="001A341D" w:rsidRDefault="007767EA">
      <w:r>
        <w:t>__________________________________________________________________________________________</w:t>
      </w:r>
    </w:p>
    <w:p w14:paraId="533531D8" w14:textId="77777777" w:rsidR="001A341D" w:rsidRDefault="007767EA">
      <w:r>
        <w:t>__________________________________________________________________________________________</w:t>
      </w:r>
    </w:p>
    <w:p w14:paraId="3AC5FE44" w14:textId="77777777" w:rsidR="001A341D" w:rsidRDefault="007767EA">
      <w:pPr>
        <w:pStyle w:val="Heading2"/>
      </w:pPr>
      <w:r>
        <w:t>Important Dates</w:t>
      </w:r>
    </w:p>
    <w:tbl>
      <w:tblPr>
        <w:tblStyle w:val="TableGrid"/>
        <w:tblW w:w="0" w:type="auto"/>
        <w:tblLook w:val="04A0" w:firstRow="1" w:lastRow="0" w:firstColumn="1" w:lastColumn="0" w:noHBand="0" w:noVBand="1"/>
      </w:tblPr>
      <w:tblGrid>
        <w:gridCol w:w="4320"/>
        <w:gridCol w:w="4320"/>
      </w:tblGrid>
      <w:tr w:rsidR="001A341D" w14:paraId="0E489B16" w14:textId="77777777">
        <w:tc>
          <w:tcPr>
            <w:tcW w:w="4320" w:type="dxa"/>
          </w:tcPr>
          <w:p w14:paraId="58B84587" w14:textId="77777777" w:rsidR="001A341D" w:rsidRDefault="007767EA">
            <w:r>
              <w:t>Annual Review</w:t>
            </w:r>
          </w:p>
        </w:tc>
        <w:tc>
          <w:tcPr>
            <w:tcW w:w="4320" w:type="dxa"/>
          </w:tcPr>
          <w:p w14:paraId="3050292E" w14:textId="77777777" w:rsidR="001A341D" w:rsidRDefault="001A341D"/>
        </w:tc>
      </w:tr>
      <w:tr w:rsidR="001A341D" w14:paraId="51E62E71" w14:textId="77777777">
        <w:tc>
          <w:tcPr>
            <w:tcW w:w="4320" w:type="dxa"/>
          </w:tcPr>
          <w:p w14:paraId="12725883" w14:textId="77777777" w:rsidR="001A341D" w:rsidRDefault="007767EA">
            <w:r>
              <w:t>School Meeting</w:t>
            </w:r>
          </w:p>
        </w:tc>
        <w:tc>
          <w:tcPr>
            <w:tcW w:w="4320" w:type="dxa"/>
          </w:tcPr>
          <w:p w14:paraId="47BA51F0" w14:textId="77777777" w:rsidR="001A341D" w:rsidRDefault="001A341D"/>
        </w:tc>
      </w:tr>
      <w:tr w:rsidR="001A341D" w14:paraId="15E5BF90" w14:textId="77777777">
        <w:tc>
          <w:tcPr>
            <w:tcW w:w="4320" w:type="dxa"/>
          </w:tcPr>
          <w:p w14:paraId="06907F1E" w14:textId="77777777" w:rsidR="001A341D" w:rsidRDefault="007767EA">
            <w:r>
              <w:t>Assessment Deadline</w:t>
            </w:r>
          </w:p>
        </w:tc>
        <w:tc>
          <w:tcPr>
            <w:tcW w:w="4320" w:type="dxa"/>
          </w:tcPr>
          <w:p w14:paraId="7069621C" w14:textId="77777777" w:rsidR="001A341D" w:rsidRDefault="001A341D"/>
        </w:tc>
      </w:tr>
      <w:tr w:rsidR="001A341D" w14:paraId="0A7BA6CE" w14:textId="77777777">
        <w:tc>
          <w:tcPr>
            <w:tcW w:w="4320" w:type="dxa"/>
          </w:tcPr>
          <w:p w14:paraId="29F2C6AA" w14:textId="77777777" w:rsidR="001A341D" w:rsidRDefault="007767EA">
            <w:r>
              <w:t>Appeal/Tribunal Deadline</w:t>
            </w:r>
          </w:p>
        </w:tc>
        <w:tc>
          <w:tcPr>
            <w:tcW w:w="4320" w:type="dxa"/>
          </w:tcPr>
          <w:p w14:paraId="61BC28F2" w14:textId="77777777" w:rsidR="001A341D" w:rsidRDefault="001A341D"/>
        </w:tc>
      </w:tr>
      <w:tr w:rsidR="001A341D" w14:paraId="7C55A334" w14:textId="77777777">
        <w:tc>
          <w:tcPr>
            <w:tcW w:w="4320" w:type="dxa"/>
          </w:tcPr>
          <w:p w14:paraId="44BAECF9" w14:textId="77777777" w:rsidR="001A341D" w:rsidRDefault="007767EA">
            <w:r>
              <w:t>Other</w:t>
            </w:r>
          </w:p>
        </w:tc>
        <w:tc>
          <w:tcPr>
            <w:tcW w:w="4320" w:type="dxa"/>
          </w:tcPr>
          <w:p w14:paraId="5221F8E1" w14:textId="77777777" w:rsidR="001A341D" w:rsidRDefault="001A341D"/>
        </w:tc>
      </w:tr>
    </w:tbl>
    <w:p w14:paraId="7C630F6D" w14:textId="77777777" w:rsidR="001A341D" w:rsidRDefault="007767EA">
      <w:pPr>
        <w:pStyle w:val="Heading2"/>
      </w:pPr>
      <w:r>
        <w:t>Documents Available</w:t>
      </w:r>
    </w:p>
    <w:p w14:paraId="7F53CD71" w14:textId="77777777" w:rsidR="001A341D" w:rsidRDefault="007767EA">
      <w:r>
        <w:t>☐</w:t>
      </w:r>
      <w:r>
        <w:t xml:space="preserve"> EHCP</w:t>
      </w:r>
    </w:p>
    <w:p w14:paraId="4CFD6A33" w14:textId="77777777" w:rsidR="001A341D" w:rsidRDefault="007767EA">
      <w:r>
        <w:t>☐</w:t>
      </w:r>
      <w:r>
        <w:t xml:space="preserve"> School Reports</w:t>
      </w:r>
    </w:p>
    <w:p w14:paraId="30E01400" w14:textId="77777777" w:rsidR="001A341D" w:rsidRDefault="007767EA">
      <w:r>
        <w:t>☐</w:t>
      </w:r>
      <w:r>
        <w:t xml:space="preserve"> Educational Psychology Report</w:t>
      </w:r>
    </w:p>
    <w:p w14:paraId="1F6C05F0" w14:textId="77777777" w:rsidR="001A341D" w:rsidRDefault="007767EA">
      <w:r>
        <w:t>☐</w:t>
      </w:r>
      <w:r>
        <w:t xml:space="preserve"> SALT Report</w:t>
      </w:r>
    </w:p>
    <w:p w14:paraId="0E2C9C09" w14:textId="77777777" w:rsidR="001A341D" w:rsidRDefault="007767EA">
      <w:r>
        <w:t>☐</w:t>
      </w:r>
      <w:r>
        <w:t xml:space="preserve"> OT Report</w:t>
      </w:r>
    </w:p>
    <w:p w14:paraId="606AC28F" w14:textId="77777777" w:rsidR="001A341D" w:rsidRDefault="007767EA">
      <w:r>
        <w:t>☐</w:t>
      </w:r>
      <w:r>
        <w:t xml:space="preserve"> Medical Reports</w:t>
      </w:r>
    </w:p>
    <w:p w14:paraId="7AB6D81D" w14:textId="77777777" w:rsidR="001A341D" w:rsidRDefault="007767EA">
      <w:r>
        <w:t>☐</w:t>
      </w:r>
      <w:r>
        <w:t xml:space="preserve"> Emails/Letters</w:t>
      </w:r>
    </w:p>
    <w:p w14:paraId="538DCD84" w14:textId="77777777" w:rsidR="001A341D" w:rsidRDefault="007767EA">
      <w:r>
        <w:t>☐</w:t>
      </w:r>
      <w:r>
        <w:t xml:space="preserve"> Other</w:t>
      </w:r>
    </w:p>
    <w:p w14:paraId="021219E6" w14:textId="77777777" w:rsidR="001A341D" w:rsidRDefault="007767EA">
      <w:pPr>
        <w:pStyle w:val="Heading2"/>
      </w:pPr>
      <w:r>
        <w:lastRenderedPageBreak/>
        <w:t>Communication Preferences</w:t>
      </w:r>
    </w:p>
    <w:p w14:paraId="0B7830F9" w14:textId="77777777" w:rsidR="001A341D" w:rsidRDefault="007767EA">
      <w:r>
        <w:t>☐</w:t>
      </w:r>
      <w:r>
        <w:t xml:space="preserve"> Email</w:t>
      </w:r>
    </w:p>
    <w:p w14:paraId="1CFB7E94" w14:textId="77777777" w:rsidR="001A341D" w:rsidRDefault="007767EA">
      <w:r>
        <w:t>☐</w:t>
      </w:r>
      <w:r>
        <w:t xml:space="preserve"> Telephone</w:t>
      </w:r>
    </w:p>
    <w:p w14:paraId="7733AE1F" w14:textId="77777777" w:rsidR="001A341D" w:rsidRDefault="007767EA">
      <w:r>
        <w:t>☐</w:t>
      </w:r>
      <w:r>
        <w:t xml:space="preserve"> Text Message</w:t>
      </w:r>
    </w:p>
    <w:p w14:paraId="14ABDF53" w14:textId="77777777" w:rsidR="001A341D" w:rsidRDefault="007767EA">
      <w:r>
        <w:t>☐</w:t>
      </w:r>
      <w:r>
        <w:t xml:space="preserve"> Facebook Messenger (Business Page)</w:t>
      </w:r>
    </w:p>
    <w:p w14:paraId="20A33F5B" w14:textId="77777777" w:rsidR="001A341D" w:rsidRDefault="007767EA">
      <w:r>
        <w:t>☐</w:t>
      </w:r>
      <w:r>
        <w:t xml:space="preserve"> Video Call</w:t>
      </w:r>
    </w:p>
    <w:p w14:paraId="31C2557C" w14:textId="77777777" w:rsidR="001A341D" w:rsidRDefault="007767EA">
      <w:pPr>
        <w:pStyle w:val="Heading2"/>
      </w:pPr>
      <w:r>
        <w:t>Accessibility / Adjustments</w:t>
      </w:r>
    </w:p>
    <w:p w14:paraId="07563E35" w14:textId="77777777" w:rsidR="001A341D" w:rsidRDefault="007767EA">
      <w:r>
        <w:t>Please let me know if there are any communication or accessibility adjustments that would help me support you:</w:t>
      </w:r>
    </w:p>
    <w:p w14:paraId="129D27A9" w14:textId="77777777" w:rsidR="001A341D" w:rsidRDefault="007767EA">
      <w:r>
        <w:t>__________________________________________________________________________________________</w:t>
      </w:r>
    </w:p>
    <w:p w14:paraId="32073EE9" w14:textId="77777777" w:rsidR="001A341D" w:rsidRDefault="007767EA">
      <w:pPr>
        <w:pStyle w:val="Heading2"/>
      </w:pPr>
      <w:r>
        <w:t>Privacy</w:t>
      </w:r>
    </w:p>
    <w:p w14:paraId="5B05332E" w14:textId="77777777" w:rsidR="001A341D" w:rsidRDefault="007767EA">
      <w:r>
        <w:t>The information you provide will be used only to assess your referral and, if accepted, to provide advocacy services. It will be handled in accordance with the Connected Minds Privacy Notice and Data Protection Policy.</w:t>
      </w:r>
    </w:p>
    <w:p w14:paraId="718950F0" w14:textId="77777777" w:rsidR="001A341D" w:rsidRDefault="007767EA">
      <w:pPr>
        <w:pStyle w:val="Heading2"/>
      </w:pPr>
      <w:r>
        <w:t>Declaration</w:t>
      </w:r>
    </w:p>
    <w:p w14:paraId="3BF2F03D" w14:textId="77777777" w:rsidR="001A341D" w:rsidRDefault="007767EA">
      <w:r>
        <w:t>☐</w:t>
      </w:r>
      <w:r>
        <w:t xml:space="preserve"> I confirm that the information I have provided is accurate to the best of my knowledge.</w:t>
      </w:r>
    </w:p>
    <w:p w14:paraId="71F7211C" w14:textId="77777777" w:rsidR="001A341D" w:rsidRDefault="007767EA">
      <w:r>
        <w:t>☐</w:t>
      </w:r>
      <w:r>
        <w:t xml:space="preserve"> I understand that submitting this referral form does not guarantee that Connected Minds will be able to offer advocacy services.</w:t>
      </w:r>
    </w:p>
    <w:p w14:paraId="30BE1DEB" w14:textId="77777777" w:rsidR="001A341D" w:rsidRDefault="007767EA">
      <w:r>
        <w:t>☐</w:t>
      </w:r>
      <w:r>
        <w:t xml:space="preserve"> If my referral is accepted, I understand I will be asked to sign an Advocacy Partnership Agreement and GDPR Consent Form before support begins.</w:t>
      </w:r>
    </w:p>
    <w:p w14:paraId="088E85D5" w14:textId="77777777" w:rsidR="001A341D" w:rsidRDefault="007767EA">
      <w:pPr>
        <w:pStyle w:val="Heading2"/>
      </w:pPr>
      <w:r>
        <w:t>Signature</w:t>
      </w:r>
    </w:p>
    <w:p w14:paraId="5EB0FE77" w14:textId="77777777" w:rsidR="001A341D" w:rsidRDefault="007767EA">
      <w:r>
        <w:t>Parent / Carer Name: ____________________________________________</w:t>
      </w:r>
    </w:p>
    <w:p w14:paraId="471EFD03" w14:textId="77777777" w:rsidR="001A341D" w:rsidRDefault="007767EA">
      <w:r>
        <w:t>Signature: ____________________________________________</w:t>
      </w:r>
    </w:p>
    <w:p w14:paraId="0ADD3782" w14:textId="77777777" w:rsidR="001A341D" w:rsidRDefault="007767EA">
      <w:r>
        <w:t>Date: ____________________________________________</w:t>
      </w:r>
    </w:p>
    <w:sectPr w:rsidR="001A341D"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A70FF" w14:textId="77777777" w:rsidR="007767EA" w:rsidRDefault="007767EA">
      <w:pPr>
        <w:spacing w:after="0" w:line="240" w:lineRule="auto"/>
      </w:pPr>
      <w:r>
        <w:separator/>
      </w:r>
    </w:p>
  </w:endnote>
  <w:endnote w:type="continuationSeparator" w:id="0">
    <w:p w14:paraId="26DBDE13" w14:textId="77777777" w:rsidR="007767EA" w:rsidRDefault="00776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AD59" w14:textId="77777777" w:rsidR="001A341D" w:rsidRDefault="007767EA">
    <w:pPr>
      <w:pStyle w:val="Footer"/>
      <w:jc w:val="center"/>
    </w:pPr>
    <w:r>
      <w:t xml:space="preserve">Connected Minds | </w:t>
    </w:r>
    <w:proofErr w:type="spellStart"/>
    <w:r>
      <w:t>Self Referral</w:t>
    </w:r>
    <w:proofErr w:type="spellEnd"/>
    <w:r>
      <w:t xml:space="preserve"> Form | Version 1.0 | Review July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B00A4" w14:textId="77777777" w:rsidR="007767EA" w:rsidRDefault="007767EA">
      <w:pPr>
        <w:spacing w:after="0" w:line="240" w:lineRule="auto"/>
      </w:pPr>
      <w:r>
        <w:separator/>
      </w:r>
    </w:p>
  </w:footnote>
  <w:footnote w:type="continuationSeparator" w:id="0">
    <w:p w14:paraId="34C2E162" w14:textId="77777777" w:rsidR="007767EA" w:rsidRDefault="00776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906F5" w14:textId="77777777" w:rsidR="001A341D" w:rsidRDefault="007767EA">
    <w:pPr>
      <w:pStyle w:val="Header"/>
      <w:jc w:val="center"/>
    </w:pPr>
    <w:r>
      <w:rPr>
        <w:noProof/>
      </w:rPr>
      <w:drawing>
        <wp:inline distT="0" distB="0" distL="0" distR="0" wp14:anchorId="77D16AF2" wp14:editId="3800B615">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2).jpeg"/>
                  <pic:cNvPicPr/>
                </pic:nvPicPr>
                <pic:blipFill>
                  <a:blip r:embed="rId1"/>
                  <a:stretch>
                    <a:fillRect/>
                  </a:stretch>
                </pic:blipFill>
                <pic:spPr>
                  <a:xfrm>
                    <a:off x="0" y="0"/>
                    <a:ext cx="1005840" cy="1005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22414641">
    <w:abstractNumId w:val="8"/>
  </w:num>
  <w:num w:numId="2" w16cid:durableId="835999260">
    <w:abstractNumId w:val="6"/>
  </w:num>
  <w:num w:numId="3" w16cid:durableId="892429204">
    <w:abstractNumId w:val="5"/>
  </w:num>
  <w:num w:numId="4" w16cid:durableId="792865213">
    <w:abstractNumId w:val="4"/>
  </w:num>
  <w:num w:numId="5" w16cid:durableId="1900969618">
    <w:abstractNumId w:val="7"/>
  </w:num>
  <w:num w:numId="6" w16cid:durableId="673848409">
    <w:abstractNumId w:val="3"/>
  </w:num>
  <w:num w:numId="7" w16cid:durableId="398210390">
    <w:abstractNumId w:val="2"/>
  </w:num>
  <w:num w:numId="8" w16cid:durableId="2096781045">
    <w:abstractNumId w:val="1"/>
  </w:num>
  <w:num w:numId="9" w16cid:durableId="1185247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341D"/>
    <w:rsid w:val="0029639D"/>
    <w:rsid w:val="00326F90"/>
    <w:rsid w:val="003A3CE4"/>
    <w:rsid w:val="00553F76"/>
    <w:rsid w:val="00774D32"/>
    <w:rsid w:val="007767E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141906-11B0-46BD-AA46-72425414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Harrison Wx</cp:lastModifiedBy>
  <cp:revision>3</cp:revision>
  <dcterms:created xsi:type="dcterms:W3CDTF">2013-12-23T23:15:00Z</dcterms:created>
  <dcterms:modified xsi:type="dcterms:W3CDTF">2026-07-12T18:35:00Z</dcterms:modified>
  <cp:category/>
</cp:coreProperties>
</file>